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rFonts w:ascii="Arial" w:hAnsi="Arial" w:eastAsia="Arial" w:cs="Arial"/>
          <w:b/>
          <w:color w:val="1F2A44"/>
          <w:sz w:val="32"/>
        </w:rPr>
        <w:t xml:space="preserve">Client call: </w:t>
      </w:r>
      <w:r>
        <w:rPr>
          <w:rFonts w:ascii="Arial" w:hAnsi="Arial" w:eastAsia="Arial" w:cs="Arial"/>
          <w:b/>
          <w:color w:val="1F2A44"/>
          <w:sz w:val="32"/>
        </w:rPr>
        <w:t>[client]</w:t>
      </w:r>
      <w:r>
        <w:rPr>
          <w:rFonts w:ascii="Arial" w:hAnsi="Arial" w:eastAsia="Arial" w:cs="Arial"/>
          <w:b/>
          <w:color w:val="1F2A44"/>
          <w:sz w:val="32"/>
        </w:rPr>
        <w:t xml:space="preserve"> — </w:t>
      </w:r>
      <w:r>
        <w:rPr>
          <w:rFonts w:ascii="Arial" w:hAnsi="Arial" w:eastAsia="Arial" w:cs="Arial"/>
          <w:b/>
          <w:color w:val="1F2A44"/>
          <w:sz w:val="32"/>
        </w:rPr>
        <w:t>[Month D, YYYY]</w:t>
      </w:r>
    </w:p>
    <w:p>
      <w:r>
        <w:rPr>
          <w:rFonts w:ascii="Arial" w:hAnsi="Arial" w:eastAsia="Arial" w:cs="Arial"/>
          <w:b/>
        </w:rPr>
        <w:t>Client attendees: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(role)]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[Name (role)]</w:t>
      </w:r>
    </w:p>
    <w:p>
      <w:r>
        <w:rPr>
          <w:rFonts w:ascii="Arial" w:hAnsi="Arial" w:eastAsia="Arial" w:cs="Arial"/>
          <w:b/>
        </w:rPr>
        <w:t>Our team: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[Name (role)]</w:t>
      </w:r>
      <w:r>
        <w:rPr>
          <w:rFonts w:ascii="Arial" w:hAnsi="Arial" w:eastAsia="Arial" w:cs="Arial"/>
        </w:rPr>
        <w:t xml:space="preserve">, </w:t>
      </w:r>
      <w:r>
        <w:rPr>
          <w:rFonts w:ascii="Arial" w:hAnsi="Arial" w:eastAsia="Arial" w:cs="Arial"/>
        </w:rPr>
        <w:t>[Name (note-taker)]</w:t>
      </w:r>
    </w:p>
    <w:p>
      <w:r>
        <w:rPr>
          <w:rFonts w:ascii="Arial" w:hAnsi="Arial" w:eastAsia="Arial" w:cs="Arial"/>
          <w:b/>
        </w:rPr>
        <w:t>Goal of the call: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[one line]</w:t>
      </w:r>
    </w:p>
    <w:p>
      <w:pPr>
        <w:keepNext/>
        <w:spacing w:before="120"/>
      </w:pPr>
      <w:r>
        <w:rPr>
          <w:rFonts w:ascii="Arial" w:hAnsi="Arial" w:eastAsia="Arial" w:cs="Arial"/>
          <w:b/>
        </w:rPr>
        <w:t>Client requests:</w:t>
      </w:r>
    </w:p>
    <w:p>
      <w:pPr>
        <w:pStyle w:val="ListBullet"/>
      </w:pPr>
      <w:r>
        <w:rPr>
          <w:rFonts w:ascii="Arial" w:hAnsi="Arial" w:eastAsia="Arial" w:cs="Arial"/>
        </w:rPr>
        <w:t>[what the client asked for, in their words]</w:t>
      </w:r>
    </w:p>
    <w:p>
      <w:pPr>
        <w:keepNext/>
      </w:pPr>
      <w:r>
        <w:rPr>
          <w:rFonts w:ascii="Arial" w:hAnsi="Arial" w:eastAsia="Arial" w:cs="Arial"/>
          <w:b/>
        </w:rPr>
        <w:t>Commitments we made:</w:t>
      </w:r>
    </w:p>
    <w:p>
      <w:pPr>
        <w:pStyle w:val="ListBullet"/>
      </w:pPr>
      <w:r>
        <w:rPr>
          <w:rFonts w:ascii="Arial" w:hAnsi="Arial" w:eastAsia="Arial" w:cs="Arial"/>
        </w:rPr>
        <w:t>[Owner]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[commitment]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[due date]</w:t>
      </w:r>
    </w:p>
    <w:p>
      <w:pPr>
        <w:keepNext/>
      </w:pPr>
      <w:r>
        <w:rPr>
          <w:rFonts w:ascii="Arial" w:hAnsi="Arial" w:eastAsia="Arial" w:cs="Arial"/>
          <w:b/>
        </w:rPr>
        <w:t>Client follow-ups:</w:t>
      </w:r>
    </w:p>
    <w:p>
      <w:pPr>
        <w:pStyle w:val="ListBullet"/>
      </w:pPr>
      <w:r>
        <w:rPr>
          <w:rFonts w:ascii="Arial" w:hAnsi="Arial" w:eastAsia="Arial" w:cs="Arial"/>
        </w:rPr>
        <w:t>[Client name]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[what they send or decide]</w:t>
      </w:r>
      <w:r>
        <w:rPr>
          <w:rFonts w:ascii="Arial" w:hAnsi="Arial" w:eastAsia="Arial" w:cs="Arial"/>
        </w:rPr>
        <w:t xml:space="preserve"> — </w:t>
      </w:r>
      <w:r>
        <w:rPr>
          <w:rFonts w:ascii="Arial" w:hAnsi="Arial" w:eastAsia="Arial" w:cs="Arial"/>
        </w:rPr>
        <w:t>[due date]</w:t>
      </w:r>
    </w:p>
    <w:p>
      <w:pPr>
        <w:keepNext/>
      </w:pPr>
      <w:r>
        <w:rPr>
          <w:rFonts w:ascii="Arial" w:hAnsi="Arial" w:eastAsia="Arial" w:cs="Arial"/>
          <w:b/>
        </w:rPr>
        <w:t>Open questions:</w:t>
      </w:r>
    </w:p>
    <w:p>
      <w:pPr>
        <w:pStyle w:val="ListBullet"/>
      </w:pPr>
      <w:r>
        <w:rPr>
          <w:rFonts w:ascii="Arial" w:hAnsi="Arial" w:eastAsia="Arial" w:cs="Arial"/>
        </w:rPr>
        <w:t>[question? who answers, by when]</w:t>
      </w:r>
    </w:p>
    <w:p>
      <w:pPr>
        <w:spacing w:before="120"/>
      </w:pPr>
      <w:r>
        <w:rPr>
          <w:rFonts w:ascii="Arial" w:hAnsi="Arial" w:eastAsia="Arial" w:cs="Arial"/>
          <w:b/>
        </w:rPr>
        <w:t>Next call:</w:t>
      </w:r>
      <w:r>
        <w:rPr>
          <w:rFonts w:ascii="Arial" w:hAnsi="Arial" w:eastAsia="Arial" w:cs="Arial"/>
        </w:rPr>
        <w:t xml:space="preserve"> </w:t>
      </w:r>
      <w:r>
        <w:rPr>
          <w:rFonts w:ascii="Arial" w:hAnsi="Arial" w:eastAsia="Arial" w:cs="Arial"/>
        </w:rPr>
        <w:t>[Month D, YYYY, time]</w:t>
      </w:r>
    </w:p>
    <w:sectPr w:rsidR="00FC693F" w:rsidRPr="0006063C" w:rsidSect="0003461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80" w:line="276" w:lineRule="auto"/>
    </w:pPr>
    <w:rPr>
      <w:rFonts w:ascii="Arial" w:hAnsi="Arial" w:eastAsia="Arial" w:cs="Arial"/>
      <w:b w:val="0"/>
      <w:color w:val="1F2937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40" w:line="240" w:lineRule="auto" w:before="0"/>
    </w:pPr>
    <w:rPr>
      <w:rFonts w:ascii="Arial" w:hAnsi="Arial" w:eastAsia="Arial" w:cs="Arial"/>
      <w:b w:val="0"/>
      <w:color w:val="1F2937"/>
      <w:sz w:val="21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160"/>
      <w:outlineLvl w:val="0"/>
    </w:pPr>
    <w:rPr>
      <w:rFonts w:ascii="Arial" w:hAnsi="Arial" w:eastAsia="Arial" w:cs="Arial"/>
      <w:b/>
      <w:bCs/>
      <w:color w:val="1F2A44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80"/>
      <w:outlineLvl w:val="1"/>
    </w:pPr>
    <w:rPr>
      <w:rFonts w:ascii="Arial" w:hAnsi="Arial" w:eastAsia="Arial" w:cs="Arial"/>
      <w:b/>
      <w:bCs/>
      <w:color w:val="1F2A44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spacing w:before="0" w:after="40"/>
      <w:contextualSpacing/>
    </w:pPr>
    <w:rPr>
      <w:rFonts w:ascii="Arial" w:hAnsi="Arial" w:eastAsia="Arial" w:cs="Arial"/>
      <w:b w:val="0"/>
      <w:color w:val="1F2937"/>
      <w:sz w:val="21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Client meeting notes template</dc:title>
  <dc:subject/>
  <dc:creator>Meetlens</dc:creator>
  <cp:keywords/>
  <dc:description/>
  <cp:lastModifiedBy>Meetlens</cp:lastModifiedBy>
  <cp:revision>1</cp:revision>
  <dcterms:created xsi:type="dcterms:W3CDTF">2013-12-23T23:15:00Z</dcterms:created>
  <dcterms:modified xsi:type="dcterms:W3CDTF">2013-12-23T23:15:00Z</dcterms:modified>
  <cp:category/>
</cp:coreProperties>
</file>