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 w:eastAsia="Arial" w:cs="Arial"/>
          <w:b/>
          <w:color w:val="1F2A44"/>
          <w:sz w:val="32"/>
        </w:rPr>
        <w:t>[Meeting name]</w:t>
      </w:r>
      <w:r>
        <w:rPr>
          <w:rFonts w:ascii="Arial" w:hAnsi="Arial" w:eastAsia="Arial" w:cs="Arial"/>
          <w:b/>
          <w:color w:val="1F2A44"/>
          <w:sz w:val="32"/>
        </w:rPr>
        <w:t xml:space="preserve"> — </w:t>
      </w:r>
      <w:r>
        <w:rPr>
          <w:rFonts w:ascii="Arial" w:hAnsi="Arial" w:eastAsia="Arial" w:cs="Arial"/>
          <w:b/>
          <w:color w:val="1F2A44"/>
          <w:sz w:val="32"/>
        </w:rPr>
        <w:t>[Month D, YYYY]</w:t>
      </w:r>
    </w:p>
    <w:p>
      <w:r>
        <w:rPr>
          <w:rFonts w:ascii="Arial" w:hAnsi="Arial" w:eastAsia="Arial" w:cs="Arial"/>
          <w:b/>
        </w:rPr>
        <w:t>Time: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[start]</w:t>
      </w:r>
      <w:r>
        <w:rPr>
          <w:rFonts w:ascii="Arial" w:hAnsi="Arial" w:eastAsia="Arial" w:cs="Arial"/>
        </w:rPr>
        <w:t>–</w:t>
      </w:r>
      <w:r>
        <w:rPr>
          <w:rFonts w:ascii="Arial" w:hAnsi="Arial" w:eastAsia="Arial" w:cs="Arial"/>
        </w:rPr>
        <w:t>[end]</w:t>
      </w:r>
      <w:r>
        <w:rPr>
          <w:rFonts w:ascii="Arial" w:hAnsi="Arial" w:eastAsia="Arial" w:cs="Arial"/>
        </w:rPr>
        <w:t xml:space="preserve"> · Where: </w:t>
      </w:r>
      <w:r>
        <w:rPr>
          <w:rFonts w:ascii="Arial" w:hAnsi="Arial" w:eastAsia="Arial" w:cs="Arial"/>
        </w:rPr>
        <w:t>[room or link]</w:t>
      </w:r>
    </w:p>
    <w:p>
      <w:r>
        <w:rPr>
          <w:rFonts w:ascii="Arial" w:hAnsi="Arial" w:eastAsia="Arial" w:cs="Arial"/>
          <w:b/>
        </w:rPr>
        <w:t>Attendees: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[Name (host)]</w:t>
      </w:r>
      <w:r>
        <w:rPr>
          <w:rFonts w:ascii="Arial" w:hAnsi="Arial" w:eastAsia="Arial" w:cs="Arial"/>
        </w:rPr>
        <w:t xml:space="preserve">, </w:t>
      </w:r>
      <w:r>
        <w:rPr>
          <w:rFonts w:ascii="Arial" w:hAnsi="Arial" w:eastAsia="Arial" w:cs="Arial"/>
        </w:rPr>
        <w:t>[Name]</w:t>
      </w:r>
      <w:r>
        <w:rPr>
          <w:rFonts w:ascii="Arial" w:hAnsi="Arial" w:eastAsia="Arial" w:cs="Arial"/>
        </w:rPr>
        <w:t xml:space="preserve">, </w:t>
      </w:r>
      <w:r>
        <w:rPr>
          <w:rFonts w:ascii="Arial" w:hAnsi="Arial" w:eastAsia="Arial" w:cs="Arial"/>
        </w:rPr>
        <w:t>[Name (note-taker)]</w:t>
      </w: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 xml:space="preserve">1. </w:t>
      </w:r>
      <w:r>
        <w:rPr>
          <w:rFonts w:ascii="Arial" w:hAnsi="Arial" w:eastAsia="Arial" w:cs="Arial"/>
          <w:b/>
          <w:color w:val="1F2A44"/>
          <w:sz w:val="24"/>
        </w:rPr>
        <w:t>[Agenda item]</w:t>
      </w:r>
    </w:p>
    <w:p>
      <w:pPr>
        <w:keepNext/>
      </w:pPr>
      <w:r>
        <w:rPr>
          <w:rFonts w:ascii="Arial" w:hAnsi="Arial" w:eastAsia="Arial" w:cs="Arial"/>
          <w:b/>
        </w:rPr>
        <w:t>Decisions:</w:t>
      </w:r>
    </w:p>
    <w:p>
      <w:pPr>
        <w:pStyle w:val="ListBullet"/>
      </w:pPr>
      <w:r>
        <w:rPr>
          <w:rFonts w:ascii="Arial" w:hAnsi="Arial" w:eastAsia="Arial" w:cs="Arial"/>
        </w:rPr>
        <w:t>[what was agreed]</w:t>
      </w:r>
    </w:p>
    <w:p>
      <w:pPr>
        <w:keepNext/>
      </w:pPr>
      <w:r>
        <w:rPr>
          <w:rFonts w:ascii="Arial" w:hAnsi="Arial" w:eastAsia="Arial" w:cs="Arial"/>
          <w:b/>
        </w:rPr>
        <w:t>Action items:</w:t>
      </w:r>
    </w:p>
    <w:p>
      <w:pPr>
        <w:pStyle w:val="ListBullet"/>
      </w:pPr>
      <w:r>
        <w:rPr>
          <w:rFonts w:ascii="Arial" w:hAnsi="Arial" w:eastAsia="Arial" w:cs="Arial"/>
        </w:rPr>
        <w:t>[Owner]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[task]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[due date]</w:t>
      </w:r>
    </w:p>
    <w:p>
      <w:pPr>
        <w:keepNext/>
      </w:pPr>
      <w:r>
        <w:rPr>
          <w:rFonts w:ascii="Arial" w:hAnsi="Arial" w:eastAsia="Arial" w:cs="Arial"/>
          <w:b/>
        </w:rPr>
        <w:t>Numbers and open questions:</w:t>
      </w:r>
    </w:p>
    <w:p>
      <w:pPr>
        <w:pStyle w:val="ListBullet"/>
      </w:pPr>
      <w:r>
        <w:rPr>
          <w:rFonts w:ascii="Arial" w:hAnsi="Arial" w:eastAsia="Arial" w:cs="Arial"/>
        </w:rPr>
        <w:t>[figure with unit (source)]</w:t>
      </w:r>
    </w:p>
    <w:p>
      <w:pPr>
        <w:pStyle w:val="ListBullet"/>
      </w:pPr>
      <w:r>
        <w:rPr>
          <w:rFonts w:ascii="Arial" w:hAnsi="Arial" w:eastAsia="Arial" w:cs="Arial"/>
        </w:rPr>
        <w:t>[question? who answers, by when]</w:t>
      </w:r>
    </w:p>
    <w:p>
      <w:pPr>
        <w:keepNext/>
      </w:pPr>
      <w:r>
        <w:rPr>
          <w:rFonts w:ascii="Arial" w:hAnsi="Arial" w:eastAsia="Arial" w:cs="Arial"/>
          <w:b/>
        </w:rPr>
        <w:t>Discussion:</w:t>
      </w:r>
    </w:p>
    <w:p>
      <w:pPr>
        <w:pStyle w:val="ListBullet"/>
      </w:pPr>
      <w:r>
        <w:rPr>
          <w:rFonts w:ascii="Arial" w:hAnsi="Arial" w:eastAsia="Arial" w:cs="Arial"/>
        </w:rPr>
        <w:t>[only what explains a decision]</w:t>
      </w: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 xml:space="preserve">2. </w:t>
      </w:r>
      <w:r>
        <w:rPr>
          <w:rFonts w:ascii="Arial" w:hAnsi="Arial" w:eastAsia="Arial" w:cs="Arial"/>
          <w:b/>
          <w:color w:val="1F2A44"/>
          <w:sz w:val="24"/>
        </w:rPr>
        <w:t>[Agenda item]</w:t>
      </w:r>
    </w:p>
    <w:p>
      <w:r>
        <w:rPr>
          <w:rFonts w:ascii="Arial" w:hAnsi="Arial" w:eastAsia="Arial" w:cs="Arial"/>
        </w:rPr>
        <w:t>(same four blocks)</w:t>
      </w: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Next meeting</w:t>
      </w:r>
    </w:p>
    <w:p>
      <w:r>
        <w:rPr>
          <w:rFonts w:ascii="Arial" w:hAnsi="Arial" w:eastAsia="Arial" w:cs="Arial"/>
        </w:rPr>
        <w:t>[Month D, YYYY, time]</w:t>
      </w:r>
      <w:r>
        <w:rPr>
          <w:rFonts w:ascii="Arial" w:hAnsi="Arial" w:eastAsia="Arial" w:cs="Arial"/>
        </w:rPr>
        <w:t xml:space="preserve"> · Carry over: </w:t>
      </w:r>
      <w:r>
        <w:rPr>
          <w:rFonts w:ascii="Arial" w:hAnsi="Arial" w:eastAsia="Arial" w:cs="Arial"/>
        </w:rPr>
        <w:t>[open items]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Arial" w:hAnsi="Arial" w:eastAsia="Arial" w:cs="Arial"/>
      <w:b w:val="0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40" w:line="240" w:lineRule="auto" w:before="0"/>
    </w:pPr>
    <w:rPr>
      <w:rFonts w:ascii="Arial" w:hAnsi="Arial" w:eastAsia="Arial" w:cs="Arial"/>
      <w:b w:val="0"/>
      <w:color w:val="1F2937"/>
      <w:sz w:val="21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="Arial" w:hAnsi="Arial" w:eastAsia="Arial" w:cs="Arial"/>
      <w:b/>
      <w:bCs/>
      <w:color w:val="1F2A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eastAsia="Arial" w:cs="Arial"/>
      <w:b/>
      <w:bCs/>
      <w:color w:val="1F2A4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meeting notes template</dc:title>
  <dc:subject/>
  <dc:creator>Meetlens</dc:creator>
  <cp:keywords/>
  <dc:description/>
  <cp:lastModifiedBy>Meetlens</cp:lastModifiedBy>
  <cp:revision>1</cp:revision>
  <dcterms:created xsi:type="dcterms:W3CDTF">2013-12-23T23:15:00Z</dcterms:created>
  <dcterms:modified xsi:type="dcterms:W3CDTF">2013-12-23T23:15:00Z</dcterms:modified>
  <cp:category/>
</cp:coreProperties>
</file>