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Client check-in call notes</w:t>
      </w:r>
    </w:p>
    <w:p>
      <w:r>
        <w:rPr>
          <w:rFonts w:ascii="Arial" w:hAnsi="Arial" w:eastAsia="Arial" w:cs="Arial"/>
          <w:b/>
        </w:rPr>
        <w:t>Date and time:</w:t>
      </w:r>
      <w:r>
        <w:rPr>
          <w:rFonts w:ascii="Arial" w:hAnsi="Arial" w:eastAsia="Arial" w:cs="Arial"/>
        </w:rPr>
        <w:t xml:space="preserve"> [Month D, YYYY], [start]–[end] [time zone]</w:t>
      </w:r>
    </w:p>
    <w:p>
      <w:r>
        <w:rPr>
          <w:rFonts w:ascii="Arial" w:hAnsi="Arial" w:eastAsia="Arial" w:cs="Arial"/>
          <w:b/>
        </w:rPr>
        <w:t>Contact:</w:t>
      </w:r>
      <w:r>
        <w:rPr>
          <w:rFonts w:ascii="Arial" w:hAnsi="Arial" w:eastAsia="Arial" w:cs="Arial"/>
        </w:rPr>
        <w:t xml:space="preserve"> [Name, role] · [email or phone]</w:t>
      </w:r>
    </w:p>
    <w:p>
      <w:r>
        <w:rPr>
          <w:rFonts w:ascii="Arial" w:hAnsi="Arial" w:eastAsia="Arial" w:cs="Arial"/>
          <w:b/>
        </w:rPr>
        <w:t>Company:</w:t>
      </w:r>
      <w:r>
        <w:rPr>
          <w:rFonts w:ascii="Arial" w:hAnsi="Arial" w:eastAsia="Arial" w:cs="Arial"/>
        </w:rPr>
        <w:t xml:space="preserve"> [Company]</w:t>
      </w:r>
    </w:p>
    <w:p>
      <w:r>
        <w:rPr>
          <w:rFonts w:ascii="Arial" w:hAnsi="Arial" w:eastAsia="Arial" w:cs="Arial"/>
          <w:b/>
        </w:rPr>
        <w:t>Call type:</w:t>
      </w:r>
      <w:r>
        <w:rPr>
          <w:rFonts w:ascii="Arial" w:hAnsi="Arial" w:eastAsia="Arial" w:cs="Arial"/>
        </w:rPr>
        <w:t xml:space="preserve"> [discovery / demo / check-in / phone / internal]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[their side] · [our side]</w:t>
      </w:r>
    </w:p>
    <w:p>
      <w:pPr>
        <w:pStyle w:val="Heading2"/>
      </w:pPr>
      <w:r>
        <w:rPr>
          <w:rFonts w:ascii="Arial" w:hAnsi="Arial" w:eastAsia="Arial" w:cs="Arial"/>
        </w:rPr>
        <w:t>Progress since last call</w:t>
      </w:r>
    </w:p>
    <w:p>
      <w:pPr>
        <w:pStyle w:val="ListBullet"/>
      </w:pPr>
      <w:r>
        <w:rPr>
          <w:rFonts w:ascii="Arial" w:hAnsi="Arial" w:eastAsia="Arial" w:cs="Arial"/>
        </w:rPr>
        <w:t>[what shipped or changed]</w:t>
      </w:r>
    </w:p>
    <w:p>
      <w:pPr>
        <w:pStyle w:val="Heading2"/>
      </w:pPr>
      <w:r>
        <w:rPr>
          <w:rFonts w:ascii="Arial" w:hAnsi="Arial" w:eastAsia="Arial" w:cs="Arial"/>
        </w:rPr>
        <w:t>Open requests</w:t>
      </w:r>
    </w:p>
    <w:p>
      <w:pPr>
        <w:pStyle w:val="ListBullet"/>
      </w:pPr>
      <w:r>
        <w:rPr>
          <w:rFonts w:ascii="Arial" w:hAnsi="Arial" w:eastAsia="Arial" w:cs="Arial"/>
        </w:rPr>
        <w:t>[request — status — owner]</w:t>
      </w:r>
    </w:p>
    <w:p>
      <w:pPr>
        <w:pStyle w:val="Heading2"/>
      </w:pPr>
      <w:r>
        <w:rPr>
          <w:rFonts w:ascii="Arial" w:hAnsi="Arial" w:eastAsia="Arial" w:cs="Arial"/>
        </w:rPr>
        <w:t>Risks</w:t>
      </w:r>
    </w:p>
    <w:p>
      <w:pPr>
        <w:pStyle w:val="ListBullet"/>
      </w:pPr>
      <w:r>
        <w:rPr>
          <w:rFonts w:ascii="Arial" w:hAnsi="Arial" w:eastAsia="Arial" w:cs="Arial"/>
        </w:rPr>
        <w:t>[what could slip, and why]</w:t>
      </w:r>
    </w:p>
    <w:p>
      <w:pPr>
        <w:pStyle w:val="Heading2"/>
      </w:pPr>
      <w:r>
        <w:rPr>
          <w:rFonts w:ascii="Arial" w:hAnsi="Arial" w:eastAsia="Arial" w:cs="Arial"/>
        </w:rPr>
        <w:t>Approvals</w:t>
      </w:r>
    </w:p>
    <w:p>
      <w:pPr>
        <w:pStyle w:val="ListBullet"/>
      </w:pPr>
      <w:r>
        <w:rPr>
          <w:rFonts w:ascii="Arial" w:hAnsi="Arial" w:eastAsia="Arial" w:cs="Arial"/>
        </w:rPr>
        <w:t>[what the customer approved on this call]</w:t>
      </w:r>
    </w:p>
    <w:p>
      <w:pPr>
        <w:spacing w:before="240"/>
      </w:pPr>
      <w:r>
        <w:rPr>
          <w:rFonts w:ascii="Arial" w:hAnsi="Arial" w:eastAsia="Arial" w:cs="Arial"/>
          <w:b/>
        </w:rPr>
        <w:t>Next check-in:</w:t>
      </w:r>
      <w:r>
        <w:rPr>
          <w:rFonts w:ascii="Arial" w:hAnsi="Arial" w:eastAsia="Arial" w:cs="Arial"/>
        </w:rPr>
        <w:t xml:space="preserve"> [Month D, YYYY]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check-in call notes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