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</w:rPr>
        <w:t>Call notes</w:t>
      </w:r>
    </w:p>
    <w:p>
      <w:r>
        <w:rPr>
          <w:rFonts w:ascii="Arial" w:hAnsi="Arial" w:eastAsia="Arial" w:cs="Arial"/>
          <w:b/>
        </w:rPr>
        <w:t>Date and time:</w:t>
      </w:r>
      <w:r>
        <w:rPr>
          <w:rFonts w:ascii="Arial" w:hAnsi="Arial" w:eastAsia="Arial" w:cs="Arial"/>
        </w:rPr>
        <w:t xml:space="preserve"> [Month D, YYYY], [start]–[end] [time zone]</w:t>
      </w:r>
    </w:p>
    <w:p>
      <w:r>
        <w:rPr>
          <w:rFonts w:ascii="Arial" w:hAnsi="Arial" w:eastAsia="Arial" w:cs="Arial"/>
          <w:b/>
        </w:rPr>
        <w:t>Contact:</w:t>
      </w:r>
      <w:r>
        <w:rPr>
          <w:rFonts w:ascii="Arial" w:hAnsi="Arial" w:eastAsia="Arial" w:cs="Arial"/>
        </w:rPr>
        <w:t xml:space="preserve"> [Name, role] · [email or phone]</w:t>
      </w:r>
    </w:p>
    <w:p>
      <w:r>
        <w:rPr>
          <w:rFonts w:ascii="Arial" w:hAnsi="Arial" w:eastAsia="Arial" w:cs="Arial"/>
          <w:b/>
        </w:rPr>
        <w:t>Company:</w:t>
      </w:r>
      <w:r>
        <w:rPr>
          <w:rFonts w:ascii="Arial" w:hAnsi="Arial" w:eastAsia="Arial" w:cs="Arial"/>
        </w:rPr>
        <w:t xml:space="preserve"> [Company]</w:t>
      </w:r>
    </w:p>
    <w:p>
      <w:r>
        <w:rPr>
          <w:rFonts w:ascii="Arial" w:hAnsi="Arial" w:eastAsia="Arial" w:cs="Arial"/>
          <w:b/>
        </w:rPr>
        <w:t>Call type:</w:t>
      </w:r>
      <w:r>
        <w:rPr>
          <w:rFonts w:ascii="Arial" w:hAnsi="Arial" w:eastAsia="Arial" w:cs="Arial"/>
        </w:rPr>
        <w:t xml:space="preserve"> [discovery / demo / check-in / phone / internal]</w:t>
      </w:r>
    </w:p>
    <w:p>
      <w:r>
        <w:rPr>
          <w:rFonts w:ascii="Arial" w:hAnsi="Arial" w:eastAsia="Arial" w:cs="Arial"/>
          <w:b/>
        </w:rPr>
        <w:t>Attendees:</w:t>
      </w:r>
      <w:r>
        <w:rPr>
          <w:rFonts w:ascii="Arial" w:hAnsi="Arial" w:eastAsia="Arial" w:cs="Arial"/>
        </w:rPr>
        <w:t xml:space="preserve"> [their side] · [our side]</w:t>
      </w:r>
    </w:p>
    <w:p>
      <w:pPr>
        <w:spacing w:before="160"/>
      </w:pPr>
      <w:r>
        <w:rPr>
          <w:rFonts w:ascii="Arial" w:hAnsi="Arial" w:eastAsia="Arial" w:cs="Arial"/>
          <w:b/>
        </w:rPr>
        <w:t>Call purpose:</w:t>
      </w:r>
      <w:r>
        <w:rPr>
          <w:rFonts w:ascii="Arial" w:hAnsi="Arial" w:eastAsia="Arial" w:cs="Arial"/>
        </w:rPr>
        <w:t xml:space="preserve"> [one line: what this call must settle]</w:t>
      </w:r>
    </w:p>
    <w:p>
      <w:pPr>
        <w:pStyle w:val="Heading2"/>
      </w:pPr>
      <w:r>
        <w:rPr>
          <w:rFonts w:ascii="Arial" w:hAnsi="Arial" w:eastAsia="Arial" w:cs="Arial"/>
        </w:rPr>
        <w:t>Key points</w:t>
      </w:r>
    </w:p>
    <w:p>
      <w:pPr>
        <w:pStyle w:val="ListBullet"/>
      </w:pPr>
      <w:r>
        <w:rPr>
          <w:rFonts w:ascii="Arial" w:hAnsi="Arial" w:eastAsia="Arial" w:cs="Arial"/>
        </w:rPr>
        <w:t>[what they need, in their words]</w:t>
      </w:r>
    </w:p>
    <w:p>
      <w:pPr>
        <w:pStyle w:val="Heading2"/>
      </w:pPr>
      <w:r>
        <w:rPr>
          <w:rFonts w:ascii="Arial" w:hAnsi="Arial" w:eastAsia="Arial" w:cs="Arial"/>
        </w:rPr>
        <w:t>Decisions</w:t>
      </w:r>
    </w:p>
    <w:p>
      <w:pPr>
        <w:pStyle w:val="ListBullet"/>
      </w:pPr>
      <w:r>
        <w:rPr>
          <w:rFonts w:ascii="Arial" w:hAnsi="Arial" w:eastAsia="Arial" w:cs="Arial"/>
        </w:rPr>
        <w:t>[what was agreed, one line each]</w:t>
      </w:r>
    </w:p>
    <w:p>
      <w:pPr>
        <w:pStyle w:val="Heading2"/>
      </w:pPr>
      <w:r>
        <w:rPr>
          <w:rFonts w:ascii="Arial" w:hAnsi="Arial" w:eastAsia="Arial" w:cs="Arial"/>
        </w:rPr>
        <w:t>Exact numbers and quotes</w:t>
      </w:r>
    </w:p>
    <w:p>
      <w:pPr>
        <w:pStyle w:val="ListBullet"/>
      </w:pPr>
      <w:r>
        <w:rPr>
          <w:rFonts w:ascii="Arial" w:hAnsi="Arial" w:eastAsia="Arial" w:cs="Arial"/>
        </w:rPr>
        <w:t>[figure, date or phrase, word for word (who said it)]</w:t>
      </w:r>
    </w:p>
    <w:p>
      <w:pPr>
        <w:pStyle w:val="Heading2"/>
      </w:pPr>
      <w:r>
        <w:rPr>
          <w:rFonts w:ascii="Arial" w:hAnsi="Arial" w:eastAsia="Arial" w:cs="Arial"/>
        </w:rPr>
        <w:t>Action items</w:t>
      </w:r>
    </w:p>
    <w:p>
      <w:pPr>
        <w:pStyle w:val="ListBullet"/>
      </w:pPr>
      <w:r>
        <w:rPr>
          <w:rFonts w:ascii="Arial" w:hAnsi="Arial" w:eastAsia="Arial" w:cs="Arial"/>
        </w:rPr>
        <w:t>[Owner] — [task] — [due date]</w:t>
      </w:r>
    </w:p>
    <w:p>
      <w:pPr>
        <w:spacing w:before="240"/>
      </w:pPr>
      <w:r>
        <w:rPr>
          <w:rFonts w:ascii="Arial" w:hAnsi="Arial" w:eastAsia="Arial" w:cs="Arial"/>
          <w:b/>
        </w:rPr>
        <w:t>Next step:</w:t>
      </w:r>
      <w:r>
        <w:rPr>
          <w:rFonts w:ascii="Arial" w:hAnsi="Arial" w:eastAsia="Arial" w:cs="Arial"/>
        </w:rPr>
        <w:t xml:space="preserve"> [meeting or action] — [Month D, YYYY]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i w:val="0"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i w:val="0"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notes template</dc:title>
  <dc:subject/>
  <dc:creator>Meetlens</dc:creator>
  <cp:keywords/>
  <dc:description/>
  <cp:lastModifiedBy>Meetlens</cp:lastModifiedBy>
  <cp:revision>1</cp:revision>
  <dcterms:created xsi:type="dcterms:W3CDTF">2026-10-15T09:00:00Z</dcterms:created>
  <dcterms:modified xsi:type="dcterms:W3CDTF">2026-10-15T09:00:00Z</dcterms:modified>
  <cp:category/>
</cp:coreProperties>
</file>