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rFonts w:ascii="Arial" w:hAnsi="Arial" w:eastAsia="Arial" w:cs="Arial"/>
          <w:b/>
          <w:color w:val="1F2A44"/>
          <w:sz w:val="32"/>
        </w:rPr>
        <w:t>Meeting agenda and minutes</w:t>
      </w:r>
    </w:p>
    <w:p>
      <w:r>
        <w:rPr>
          <w:rFonts w:ascii="Arial" w:hAnsi="Arial" w:eastAsia="Arial" w:cs="Arial"/>
          <w:i/>
        </w:rPr>
        <w:t>Fill in the first three columns beforehand and send the file as a pre-filled agenda. During the meeting, the secretary fills in the last three columns.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space="0" w:color="AEB8C4"/>
          <w:left w:val="single" w:sz="4" w:space="0" w:color="AEB8C4"/>
          <w:bottom w:val="single" w:sz="4" w:space="0" w:color="AEB8C4"/>
          <w:right w:val="single" w:sz="4" w:space="0" w:color="AEB8C4"/>
          <w:insideH w:val="single" w:sz="4" w:space="0" w:color="AEB8C4"/>
          <w:insideV w:val="single" w:sz="4" w:space="0" w:color="AEB8C4"/>
        </w:tblBorders>
      </w:tblPr>
      <w:tblGrid>
        <w:gridCol w:w="2880"/>
        <w:gridCol w:w="1080"/>
        <w:gridCol w:w="1440"/>
        <w:gridCol w:w="2735"/>
        <w:gridCol w:w="2304"/>
        <w:gridCol w:w="2520"/>
      </w:tblGrid>
      <w:tr>
        <w:trPr>
          <w:tblHeader/>
        </w:trPr>
        <w:tc>
          <w:tcPr>
            <w:tcW w:type="dxa" w:w="2880"/>
            <w:shd w:val="clear" w:color="auto" w:fill="E8EEF6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Agenda item</w:t>
            </w:r>
          </w:p>
        </w:tc>
        <w:tc>
          <w:tcPr>
            <w:tcW w:type="dxa" w:w="1080"/>
            <w:shd w:val="clear" w:color="auto" w:fill="E8EEF6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Time</w:t>
            </w:r>
          </w:p>
        </w:tc>
        <w:tc>
          <w:tcPr>
            <w:tcW w:type="dxa" w:w="1440"/>
            <w:shd w:val="clear" w:color="auto" w:fill="E8EEF6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Presenter</w:t>
            </w:r>
          </w:p>
        </w:tc>
        <w:tc>
          <w:tcPr>
            <w:tcW w:type="dxa" w:w="2736"/>
            <w:shd w:val="clear" w:color="auto" w:fill="E8EEF6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Discussion</w:t>
            </w:r>
          </w:p>
        </w:tc>
        <w:tc>
          <w:tcPr>
            <w:tcW w:type="dxa" w:w="2304"/>
            <w:shd w:val="clear" w:color="auto" w:fill="E8EEF6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Decision</w:t>
            </w:r>
          </w:p>
        </w:tc>
        <w:tc>
          <w:tcPr>
            <w:tcW w:type="dxa" w:w="2520"/>
            <w:shd w:val="clear" w:color="auto" w:fill="E8EEF6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Action (owner, due)</w:t>
            </w:r>
          </w:p>
        </w:tc>
      </w:tr>
      <w:tr>
        <w:trPr>
          <w:trHeight w:val="1440" w:hRule="atLeast"/>
        </w:trPr>
        <w:tc>
          <w:tcPr>
            <w:tcW w:type="dxa" w:w="2880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>1. Approval of previous minutes</w:t>
            </w:r>
          </w:p>
        </w:tc>
        <w:tc>
          <w:tcPr>
            <w:tcW w:type="dxa" w:w="1080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>5 min</w:t>
            </w:r>
          </w:p>
        </w:tc>
        <w:tc>
          <w:tcPr>
            <w:tcW w:type="dxa" w:w="1440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>Chair</w:t>
            </w:r>
          </w:p>
        </w:tc>
        <w:tc>
          <w:tcPr>
            <w:tcW w:type="dxa" w:w="2736"/>
          </w:tcPr>
          <w:p>
            <w:pPr>
              <w:spacing w:after="0" w:line="240" w:lineRule="auto"/>
            </w:pPr>
          </w:p>
        </w:tc>
        <w:tc>
          <w:tcPr>
            <w:tcW w:type="dxa" w:w="2304"/>
          </w:tcPr>
          <w:p>
            <w:pPr>
              <w:spacing w:after="0" w:line="240" w:lineRule="auto"/>
            </w:pPr>
          </w:p>
        </w:tc>
        <w:tc>
          <w:tcPr>
            <w:tcW w:type="dxa" w:w="2520"/>
          </w:tcPr>
          <w:p>
            <w:pPr>
              <w:spacing w:after="0" w:line="240" w:lineRule="auto"/>
            </w:pPr>
          </w:p>
        </w:tc>
      </w:tr>
      <w:tr>
        <w:trPr>
          <w:trHeight w:val="1440" w:hRule="atLeast"/>
        </w:trPr>
        <w:tc>
          <w:tcPr>
            <w:tcW w:type="dxa" w:w="2880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 xml:space="preserve">2. </w:t>
            </w:r>
            <w:r>
              <w:rPr>
                <w:rFonts w:ascii="Arial" w:hAnsi="Arial" w:eastAsia="Arial" w:cs="Arial"/>
                <w:sz w:val="20"/>
              </w:rPr>
              <w:t>[Topic]</w:t>
            </w:r>
          </w:p>
        </w:tc>
        <w:tc>
          <w:tcPr>
            <w:tcW w:type="dxa" w:w="1080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>[10 min]</w:t>
            </w:r>
          </w:p>
        </w:tc>
        <w:tc>
          <w:tcPr>
            <w:tcW w:type="dxa" w:w="1440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>[Name]</w:t>
            </w:r>
          </w:p>
        </w:tc>
        <w:tc>
          <w:tcPr>
            <w:tcW w:type="dxa" w:w="2736"/>
          </w:tcPr>
          <w:p>
            <w:pPr>
              <w:spacing w:after="0" w:line="240" w:lineRule="auto"/>
            </w:pPr>
          </w:p>
        </w:tc>
        <w:tc>
          <w:tcPr>
            <w:tcW w:type="dxa" w:w="2304"/>
          </w:tcPr>
          <w:p>
            <w:pPr>
              <w:spacing w:after="0" w:line="240" w:lineRule="auto"/>
            </w:pPr>
          </w:p>
        </w:tc>
        <w:tc>
          <w:tcPr>
            <w:tcW w:type="dxa" w:w="2520"/>
          </w:tcPr>
          <w:p>
            <w:pPr>
              <w:spacing w:after="0" w:line="240" w:lineRule="auto"/>
            </w:pPr>
          </w:p>
        </w:tc>
      </w:tr>
      <w:tr>
        <w:trPr>
          <w:trHeight w:val="1440" w:hRule="atLeast"/>
        </w:trPr>
        <w:tc>
          <w:tcPr>
            <w:tcW w:type="dxa" w:w="2880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 xml:space="preserve">3. </w:t>
            </w:r>
            <w:r>
              <w:rPr>
                <w:rFonts w:ascii="Arial" w:hAnsi="Arial" w:eastAsia="Arial" w:cs="Arial"/>
                <w:sz w:val="20"/>
              </w:rPr>
              <w:t>[Topic]</w:t>
            </w:r>
          </w:p>
        </w:tc>
        <w:tc>
          <w:tcPr>
            <w:tcW w:type="dxa" w:w="1080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>[15 min]</w:t>
            </w:r>
          </w:p>
        </w:tc>
        <w:tc>
          <w:tcPr>
            <w:tcW w:type="dxa" w:w="1440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>[Name]</w:t>
            </w:r>
          </w:p>
        </w:tc>
        <w:tc>
          <w:tcPr>
            <w:tcW w:type="dxa" w:w="2736"/>
          </w:tcPr>
          <w:p>
            <w:pPr>
              <w:spacing w:after="0" w:line="240" w:lineRule="auto"/>
            </w:pPr>
          </w:p>
        </w:tc>
        <w:tc>
          <w:tcPr>
            <w:tcW w:type="dxa" w:w="2304"/>
          </w:tcPr>
          <w:p>
            <w:pPr>
              <w:spacing w:after="0" w:line="240" w:lineRule="auto"/>
            </w:pPr>
          </w:p>
        </w:tc>
        <w:tc>
          <w:tcPr>
            <w:tcW w:type="dxa" w:w="2520"/>
          </w:tcPr>
          <w:p>
            <w:pPr>
              <w:spacing w:after="0" w:line="240" w:lineRule="auto"/>
            </w:pPr>
          </w:p>
        </w:tc>
      </w:tr>
      <w:tr>
        <w:trPr>
          <w:trHeight w:val="1440" w:hRule="atLeast"/>
        </w:trPr>
        <w:tc>
          <w:tcPr>
            <w:tcW w:type="dxa" w:w="2880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>4. Next meeting and close</w:t>
            </w:r>
          </w:p>
        </w:tc>
        <w:tc>
          <w:tcPr>
            <w:tcW w:type="dxa" w:w="1080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>5 min</w:t>
            </w:r>
          </w:p>
        </w:tc>
        <w:tc>
          <w:tcPr>
            <w:tcW w:type="dxa" w:w="1440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>Chair</w:t>
            </w:r>
          </w:p>
        </w:tc>
        <w:tc>
          <w:tcPr>
            <w:tcW w:type="dxa" w:w="2736"/>
          </w:tcPr>
          <w:p>
            <w:pPr>
              <w:spacing w:after="0" w:line="240" w:lineRule="auto"/>
            </w:pPr>
          </w:p>
        </w:tc>
        <w:tc>
          <w:tcPr>
            <w:tcW w:type="dxa" w:w="2304"/>
          </w:tcPr>
          <w:p>
            <w:pPr>
              <w:spacing w:after="0" w:line="240" w:lineRule="auto"/>
            </w:pPr>
          </w:p>
        </w:tc>
        <w:tc>
          <w:tcPr>
            <w:tcW w:type="dxa" w:w="2520"/>
          </w:tcPr>
          <w:p>
            <w:pPr>
              <w:spacing w:after="0" w:line="240" w:lineRule="auto"/>
            </w:pPr>
          </w:p>
        </w:tc>
      </w:tr>
    </w:tbl>
    <w:p>
      <w:pPr>
        <w:spacing w:after="40"/>
      </w:pPr>
    </w:p>
    <w:sectPr w:rsidR="00FC693F" w:rsidRPr="0006063C" w:rsidSect="0003461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80" w:line="276" w:lineRule="auto"/>
    </w:pPr>
    <w:rPr>
      <w:rFonts w:ascii="Arial" w:hAnsi="Arial" w:eastAsia="Arial" w:cs="Arial"/>
      <w:b w:val="0"/>
      <w:color w:val="1F2937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40" w:line="240" w:lineRule="auto" w:before="0"/>
    </w:pPr>
    <w:rPr>
      <w:rFonts w:ascii="Arial" w:hAnsi="Arial" w:eastAsia="Arial" w:cs="Arial"/>
      <w:b w:val="0"/>
      <w:color w:val="1F2937"/>
      <w:sz w:val="21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60"/>
      <w:outlineLvl w:val="0"/>
    </w:pPr>
    <w:rPr>
      <w:rFonts w:ascii="Arial" w:hAnsi="Arial" w:eastAsia="Arial" w:cs="Arial"/>
      <w:b/>
      <w:bCs/>
      <w:color w:val="1F2A4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80"/>
      <w:outlineLvl w:val="1"/>
    </w:pPr>
    <w:rPr>
      <w:rFonts w:ascii="Arial" w:hAnsi="Arial" w:eastAsia="Arial" w:cs="Arial"/>
      <w:b/>
      <w:bCs/>
      <w:color w:val="1F2A44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40"/>
      <w:contextualSpacing/>
    </w:pPr>
    <w:rPr>
      <w:rFonts w:ascii="Arial" w:hAnsi="Arial" w:eastAsia="Arial" w:cs="Arial"/>
      <w:b w:val="0"/>
      <w:color w:val="1F2937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0" w:after="40"/>
      <w:contextualSpacing/>
    </w:pPr>
    <w:rPr>
      <w:rFonts w:ascii="Arial" w:hAnsi="Arial" w:eastAsia="Arial" w:cs="Arial"/>
      <w:b w:val="0"/>
      <w:color w:val="1F2937"/>
      <w:sz w:val="21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Meeting agenda and minutes template</dc:title>
  <dc:subject/>
  <dc:creator>Meetlens</dc:creator>
  <cp:keywords/>
  <dc:description/>
  <cp:lastModifiedBy>Meetlens</cp:lastModifiedBy>
  <cp:revision>1</cp:revision>
  <dcterms:created xsi:type="dcterms:W3CDTF">2013-12-23T23:15:00Z</dcterms:created>
  <dcterms:modified xsi:type="dcterms:W3CDTF">2013-12-23T23:15:00Z</dcterms:modified>
  <cp:category/>
</cp:coreProperties>
</file>