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[Organization / Team]</w:t>
      </w:r>
      <w:r>
        <w:rPr>
          <w:rFonts w:ascii="Arial" w:hAnsi="Arial" w:eastAsia="Arial" w:cs="Arial"/>
          <w:b/>
          <w:color w:val="1F2A44"/>
          <w:sz w:val="32"/>
        </w:rPr>
        <w:t xml:space="preserve"> — Meeting Minutes</w:t>
      </w:r>
    </w:p>
    <w:p>
      <w:pPr>
        <w:tabs>
          <w:tab w:pos="3744" w:val="left"/>
        </w:tabs>
      </w:pPr>
      <w:r>
        <w:rPr>
          <w:rFonts w:ascii="Arial" w:hAnsi="Arial" w:eastAsia="Arial" w:cs="Arial"/>
          <w:b/>
        </w:rPr>
        <w:t>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[title]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Type: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[regular / special / team / project]</w:t>
      </w:r>
    </w:p>
    <w:p>
      <w:pPr>
        <w:tabs>
          <w:tab w:pos="3312" w:val="left"/>
          <w:tab w:pos="5904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[Month D, YYYY]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[start]</w:t>
      </w:r>
      <w:r>
        <w:rPr>
          <w:rFonts w:ascii="Arial" w:hAnsi="Arial" w:eastAsia="Arial" w:cs="Arial"/>
        </w:rPr>
        <w:t>–</w:t>
      </w:r>
      <w:r>
        <w:rPr>
          <w:rFonts w:ascii="Arial" w:hAnsi="Arial" w:eastAsia="Arial" w:cs="Arial"/>
        </w:rPr>
        <w:t>[end]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Location / link: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3744" w:val="left"/>
        </w:tabs>
      </w:pPr>
      <w:r>
        <w:rPr>
          <w:rFonts w:ascii="Arial" w:hAnsi="Arial" w:eastAsia="Arial" w:cs="Arial"/>
          <w:b/>
        </w:rPr>
        <w:t>Chair / facilitator: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Minute-taker: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— role]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 — role]</w:t>
      </w:r>
    </w:p>
    <w:p>
      <w:pPr>
        <w:tabs>
          <w:tab w:pos="3744" w:val="left"/>
        </w:tabs>
      </w:pPr>
      <w:r>
        <w:rPr>
          <w:rFonts w:ascii="Arial" w:hAnsi="Arial" w:eastAsia="Arial" w:cs="Arial"/>
          <w:b/>
        </w:rPr>
        <w:t>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Guests: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spacing w:after="0"/>
      </w:pPr>
    </w:p>
    <w:p>
      <w:pPr>
        <w:ind w:left="360" w:hanging="360"/>
      </w:pPr>
      <w:r>
        <w:rPr>
          <w:rFonts w:ascii="Arial" w:hAnsi="Arial" w:eastAsia="Arial" w:cs="Arial"/>
          <w:b/>
        </w:rPr>
        <w:t>1. Approval of previous minutes: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[approved / approved as corrected / deferred]</w:t>
      </w:r>
    </w:p>
    <w:p>
      <w:pPr>
        <w:spacing w:before="80"/>
      </w:pPr>
      <w:r>
        <w:rPr>
          <w:rFonts w:ascii="Arial" w:hAnsi="Arial" w:eastAsia="Arial" w:cs="Arial"/>
          <w:b/>
        </w:rPr>
        <w:t xml:space="preserve">2. </w:t>
      </w:r>
      <w:r>
        <w:rPr>
          <w:rFonts w:ascii="Arial" w:hAnsi="Arial" w:eastAsia="Arial" w:cs="Arial"/>
          <w:b/>
        </w:rPr>
        <w:t>[Agenda item]</w:t>
      </w:r>
    </w:p>
    <w:p>
      <w:pPr>
        <w:ind w:left="432"/>
      </w:pPr>
      <w:r>
        <w:rPr>
          <w:rFonts w:ascii="Arial" w:hAnsi="Arial" w:eastAsia="Arial" w:cs="Arial"/>
          <w:b/>
        </w:rPr>
        <w:t>Discussion: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[1–2 sentences]</w:t>
      </w:r>
    </w:p>
    <w:p>
      <w:pPr>
        <w:ind w:left="432"/>
      </w:pPr>
      <w:r>
        <w:rPr>
          <w:rFonts w:ascii="Arial" w:hAnsi="Arial" w:eastAsia="Arial" w:cs="Arial"/>
          <w:b/>
        </w:rPr>
        <w:t>Decision: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[what was decided]</w:t>
      </w:r>
    </w:p>
    <w:p>
      <w:pPr>
        <w:ind w:left="432"/>
      </w:pPr>
      <w:r>
        <w:rPr>
          <w:rFonts w:ascii="Arial" w:hAnsi="Arial" w:eastAsia="Arial" w:cs="Arial"/>
          <w:b/>
        </w:rPr>
        <w:t>Action: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[task]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spacing w:before="80"/>
      </w:pPr>
      <w:r>
        <w:rPr>
          <w:rFonts w:ascii="Arial" w:hAnsi="Arial" w:eastAsia="Arial" w:cs="Arial"/>
          <w:b/>
        </w:rPr>
        <w:t xml:space="preserve">3. </w:t>
      </w:r>
      <w:r>
        <w:rPr>
          <w:rFonts w:ascii="Arial" w:hAnsi="Arial" w:eastAsia="Arial" w:cs="Arial"/>
          <w:b/>
        </w:rPr>
        <w:t>[Agenda item]</w:t>
      </w:r>
      <w:r>
        <w:rPr>
          <w:rFonts w:ascii="Arial" w:hAnsi="Arial" w:eastAsia="Arial" w:cs="Arial"/>
          <w:b/>
        </w:rPr>
        <w:t xml:space="preserve"> …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4319"/>
        <w:gridCol w:w="1872"/>
        <w:gridCol w:w="1295"/>
        <w:gridCol w:w="1295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43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187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29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  <w:tc>
          <w:tcPr>
            <w:tcW w:type="dxa" w:w="129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Status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  <w:tc>
          <w:tcPr>
            <w:tcW w:type="dxa" w:w="1296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r>
        <w:rPr>
          <w:rFonts w:ascii="Arial" w:hAnsi="Arial" w:eastAsia="Arial" w:cs="Arial"/>
          <w:b/>
        </w:rPr>
        <w:t>Open questions / parking lot: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Next 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[date, time, place]</w:t>
      </w:r>
    </w:p>
    <w:p>
      <w:r>
        <w:rPr>
          <w:rFonts w:ascii="Arial" w:hAnsi="Arial" w:eastAsia="Arial" w:cs="Arial"/>
          <w:b/>
        </w:rPr>
        <w:t>Adjourned: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[time]</w:t>
      </w:r>
    </w:p>
    <w:p>
      <w:pPr>
        <w:tabs>
          <w:tab w:pos="5184" w:val="left"/>
        </w:tabs>
      </w:pPr>
      <w:r>
        <w:rPr>
          <w:rFonts w:ascii="Arial" w:hAnsi="Arial" w:eastAsia="Arial" w:cs="Arial"/>
          <w:b/>
        </w:rPr>
        <w:t>Submitted by: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Approved 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 (basic)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