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  <w:b/>
          <w:color w:val="1F2A44"/>
          <w:sz w:val="32"/>
        </w:rPr>
        <w:t>[Organization]</w:t>
      </w:r>
      <w:r>
        <w:rPr>
          <w:rFonts w:ascii="Arial" w:hAnsi="Arial" w:eastAsia="Arial" w:cs="Arial"/>
          <w:b/>
          <w:color w:val="1F2A44"/>
          <w:sz w:val="32"/>
        </w:rPr>
        <w:t xml:space="preserve"> — Minutes of the </w:t>
      </w:r>
      <w:r>
        <w:rPr>
          <w:rFonts w:ascii="Arial" w:hAnsi="Arial" w:eastAsia="Arial" w:cs="Arial"/>
          <w:b/>
          <w:color w:val="1F2A44"/>
          <w:sz w:val="32"/>
        </w:rPr>
        <w:t>[Regular / Special]</w:t>
      </w:r>
      <w:r>
        <w:rPr>
          <w:rFonts w:ascii="Arial" w:hAnsi="Arial" w:eastAsia="Arial" w:cs="Arial"/>
          <w:b/>
          <w:color w:val="1F2A44"/>
          <w:sz w:val="32"/>
        </w:rPr>
        <w:t xml:space="preserve"> Meeting of the </w:t>
      </w:r>
      <w:r>
        <w:rPr>
          <w:rFonts w:ascii="Arial" w:hAnsi="Arial" w:eastAsia="Arial" w:cs="Arial"/>
          <w:b/>
          <w:color w:val="1F2A44"/>
          <w:sz w:val="32"/>
        </w:rPr>
        <w:t>[Body]</w:t>
      </w:r>
    </w:p>
    <w:p>
      <w:pPr>
        <w:tabs>
          <w:tab w:pos="9360" w:val="right" w:leader="underscore"/>
        </w:tabs>
      </w:pPr>
      <w:r>
        <w:rPr>
          <w:rFonts w:ascii="Arial" w:hAnsi="Arial" w:eastAsia="Arial" w:cs="Arial"/>
          <w:b/>
        </w:rPr>
        <w:t>Date / time / place:</w:t>
      </w:r>
      <w:r>
        <w:rPr>
          <w:rFonts w:ascii="Arial" w:hAnsi="Arial" w:eastAsia="Arial" w:cs="Arial"/>
        </w:rPr>
        <w:tab/>
      </w:r>
    </w:p>
    <w:p>
      <w:pPr>
        <w:tabs>
          <w:tab w:pos="4752" w:val="left"/>
        </w:tabs>
      </w:pPr>
      <w:r>
        <w:rPr>
          <w:rFonts w:ascii="Arial" w:hAnsi="Arial" w:eastAsia="Arial" w:cs="Arial"/>
          <w:b/>
        </w:rPr>
        <w:t>Presiding: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[name, title]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Secretary: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[name]</w:t>
      </w:r>
    </w:p>
    <w:p>
      <w:pPr>
        <w:tabs>
          <w:tab w:pos="4752" w:val="left"/>
        </w:tabs>
      </w:pPr>
      <w:r>
        <w:rPr>
          <w:rFonts w:ascii="Arial" w:hAnsi="Arial" w:eastAsia="Arial" w:cs="Arial"/>
          <w:b/>
        </w:rPr>
        <w:t>Members present:</w:t>
      </w:r>
      <w:r>
        <w:rPr>
          <w:rFonts w:ascii="Arial" w:hAnsi="Arial" w:eastAsia="Arial" w:cs="Arial"/>
        </w:rPr>
        <w:t xml:space="preserve"> …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Members absent:</w:t>
      </w:r>
      <w:r>
        <w:rPr>
          <w:rFonts w:ascii="Arial" w:hAnsi="Arial" w:eastAsia="Arial" w:cs="Arial"/>
        </w:rPr>
        <w:t xml:space="preserve"> …</w:t>
      </w:r>
    </w:p>
    <w:p>
      <w:r>
        <w:rPr>
          <w:rFonts w:ascii="Arial" w:hAnsi="Arial" w:eastAsia="Arial" w:cs="Arial"/>
          <w:b/>
        </w:rPr>
        <w:t>Quorum: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[present / not present]</w:t>
      </w:r>
    </w:p>
    <w:p>
      <w:r>
        <w:rPr>
          <w:rFonts w:ascii="Arial" w:hAnsi="Arial" w:eastAsia="Arial" w:cs="Arial"/>
          <w:b/>
        </w:rPr>
        <w:t>Call to order: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[time]</w:t>
      </w:r>
      <w:r>
        <w:rPr>
          <w:rFonts w:ascii="Arial" w:hAnsi="Arial" w:eastAsia="Arial" w:cs="Arial"/>
        </w:rPr>
        <w:t xml:space="preserve"> by </w:t>
      </w:r>
      <w:r>
        <w:rPr>
          <w:rFonts w:ascii="Arial" w:hAnsi="Arial" w:eastAsia="Arial" w:cs="Arial"/>
        </w:rPr>
        <w:t>[name]</w:t>
      </w:r>
    </w:p>
    <w:p>
      <w:pPr>
        <w:tabs>
          <w:tab w:pos="9360" w:val="right" w:leader="underscore"/>
        </w:tabs>
      </w:pPr>
      <w:r>
        <w:rPr>
          <w:rFonts w:ascii="Arial" w:hAnsi="Arial" w:eastAsia="Arial" w:cs="Arial"/>
          <w:b/>
        </w:rPr>
        <w:t>Approval of agenda:</w:t>
      </w:r>
      <w:r>
        <w:rPr>
          <w:rFonts w:ascii="Arial" w:hAnsi="Arial" w:eastAsia="Arial" w:cs="Arial"/>
        </w:rPr>
        <w:tab/>
      </w:r>
    </w:p>
    <w:p>
      <w:r>
        <w:rPr>
          <w:rFonts w:ascii="Arial" w:hAnsi="Arial" w:eastAsia="Arial" w:cs="Arial"/>
          <w:b/>
        </w:rPr>
        <w:t xml:space="preserve">Approval of minutes of </w:t>
      </w:r>
      <w:r>
        <w:rPr>
          <w:rFonts w:ascii="Arial" w:hAnsi="Arial" w:eastAsia="Arial" w:cs="Arial"/>
          <w:b/>
        </w:rPr>
        <w:t>[date]</w:t>
      </w:r>
      <w:r>
        <w:rPr>
          <w:rFonts w:ascii="Arial" w:hAnsi="Arial" w:eastAsia="Arial" w:cs="Arial"/>
          <w:b/>
        </w:rPr>
        <w:t>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[approved / approved as corrected]</w:t>
      </w:r>
    </w:p>
    <w:p>
      <w:r>
        <w:rPr>
          <w:rFonts w:ascii="Arial" w:hAnsi="Arial" w:eastAsia="Arial" w:cs="Arial"/>
          <w:b/>
        </w:rPr>
        <w:t>Reports: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[officer / committee]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[received; any action taken]</w:t>
      </w:r>
    </w:p>
    <w:p>
      <w:pPr>
        <w:tabs>
          <w:tab w:pos="9360" w:val="right" w:leader="underscore"/>
        </w:tabs>
      </w:pPr>
      <w:r>
        <w:rPr>
          <w:rFonts w:ascii="Arial" w:hAnsi="Arial" w:eastAsia="Arial" w:cs="Arial"/>
          <w:b/>
        </w:rPr>
        <w:t>Unfinished business:</w:t>
      </w:r>
      <w:r>
        <w:rPr>
          <w:rFonts w:ascii="Arial" w:hAnsi="Arial" w:eastAsia="Arial" w:cs="Arial"/>
        </w:rPr>
        <w:tab/>
      </w:r>
    </w:p>
    <w:p>
      <w:r>
        <w:rPr>
          <w:rFonts w:ascii="Arial" w:hAnsi="Arial" w:eastAsia="Arial" w:cs="Arial"/>
          <w:b/>
        </w:rPr>
        <w:t>New business:</w:t>
      </w:r>
    </w:p>
    <w:p>
      <w:pPr>
        <w:ind w:left="432"/>
      </w:pPr>
      <w:r>
        <w:rPr>
          <w:rFonts w:ascii="Arial" w:hAnsi="Arial" w:eastAsia="Arial" w:cs="Arial"/>
          <w:b/>
        </w:rPr>
        <w:t>Motion:</w:t>
      </w:r>
      <w:r>
        <w:rPr>
          <w:rFonts w:ascii="Arial" w:hAnsi="Arial" w:eastAsia="Arial" w:cs="Arial"/>
        </w:rPr>
        <w:t xml:space="preserve"> "</w:t>
      </w:r>
      <w:r>
        <w:rPr>
          <w:rFonts w:ascii="Arial" w:hAnsi="Arial" w:eastAsia="Arial" w:cs="Arial"/>
        </w:rPr>
        <w:t>[exact wording]</w:t>
      </w:r>
      <w:r>
        <w:rPr>
          <w:rFonts w:ascii="Arial" w:hAnsi="Arial" w:eastAsia="Arial" w:cs="Arial"/>
        </w:rPr>
        <w:t xml:space="preserve">" — moved by </w:t>
      </w:r>
      <w:r>
        <w:rPr>
          <w:rFonts w:ascii="Arial" w:hAnsi="Arial" w:eastAsia="Arial" w:cs="Arial"/>
        </w:rPr>
        <w:t>[name]</w:t>
      </w:r>
      <w:r>
        <w:rPr>
          <w:rFonts w:ascii="Arial" w:hAnsi="Arial" w:eastAsia="Arial" w:cs="Arial"/>
        </w:rPr>
        <w:t>.</w:t>
      </w:r>
    </w:p>
    <w:p>
      <w:pPr>
        <w:ind w:left="864"/>
      </w:pPr>
      <w:r>
        <w:rPr>
          <w:rFonts w:ascii="Arial" w:hAnsi="Arial" w:eastAsia="Arial" w:cs="Arial"/>
          <w:b/>
        </w:rPr>
        <w:t>Result: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[carried / failed]</w:t>
      </w:r>
      <w:r>
        <w:rPr>
          <w:rFonts w:ascii="Arial" w:hAnsi="Arial" w:eastAsia="Arial" w:cs="Arial"/>
        </w:rPr>
        <w:t xml:space="preserve"> (</w:t>
      </w:r>
      <w:r>
        <w:rPr>
          <w:rFonts w:ascii="Arial" w:hAnsi="Arial" w:eastAsia="Arial" w:cs="Arial"/>
        </w:rPr>
        <w:t>[X]</w:t>
      </w:r>
      <w:r>
        <w:rPr>
          <w:rFonts w:ascii="Arial" w:hAnsi="Arial" w:eastAsia="Arial" w:cs="Arial"/>
        </w:rPr>
        <w:t xml:space="preserve"> for, </w:t>
      </w:r>
      <w:r>
        <w:rPr>
          <w:rFonts w:ascii="Arial" w:hAnsi="Arial" w:eastAsia="Arial" w:cs="Arial"/>
        </w:rPr>
        <w:t>[Y]</w:t>
      </w:r>
      <w:r>
        <w:rPr>
          <w:rFonts w:ascii="Arial" w:hAnsi="Arial" w:eastAsia="Arial" w:cs="Arial"/>
        </w:rPr>
        <w:t xml:space="preserve"> against, if counted)</w:t>
      </w:r>
    </w:p>
    <w:p>
      <w:pPr>
        <w:ind w:left="432"/>
      </w:pPr>
      <w:r>
        <w:rPr>
          <w:rFonts w:ascii="Arial" w:hAnsi="Arial" w:eastAsia="Arial" w:cs="Arial"/>
          <w:b/>
        </w:rPr>
        <w:t>Action: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[task]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[owner]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[due date]</w:t>
      </w:r>
    </w:p>
    <w:p>
      <w:pPr>
        <w:tabs>
          <w:tab w:pos="9360" w:val="right" w:leader="underscore"/>
        </w:tabs>
      </w:pPr>
      <w:r>
        <w:rPr>
          <w:rFonts w:ascii="Arial" w:hAnsi="Arial" w:eastAsia="Arial" w:cs="Arial"/>
          <w:b/>
        </w:rPr>
        <w:t>Announcements:</w:t>
      </w:r>
      <w:r>
        <w:rPr>
          <w:rFonts w:ascii="Arial" w:hAnsi="Arial" w:eastAsia="Arial" w:cs="Arial"/>
        </w:rPr>
        <w:tab/>
      </w:r>
    </w:p>
    <w:p>
      <w:r>
        <w:rPr>
          <w:rFonts w:ascii="Arial" w:hAnsi="Arial" w:eastAsia="Arial" w:cs="Arial"/>
          <w:b/>
        </w:rPr>
        <w:t>Adjournment: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[time]</w:t>
      </w:r>
    </w:p>
    <w:p>
      <w:pPr>
        <w:tabs>
          <w:tab w:pos="5760" w:val="left"/>
        </w:tabs>
      </w:pPr>
      <w:r>
        <w:rPr>
          <w:rFonts w:ascii="Arial" w:hAnsi="Arial" w:eastAsia="Arial" w:cs="Arial"/>
        </w:rPr>
        <w:t xml:space="preserve">Respectfully submitted, </w:t>
      </w:r>
      <w:r>
        <w:rPr>
          <w:rFonts w:ascii="Arial" w:hAnsi="Arial" w:eastAsia="Arial" w:cs="Arial"/>
        </w:rPr>
        <w:t>[name]</w:t>
      </w:r>
      <w:r>
        <w:rPr>
          <w:rFonts w:ascii="Arial" w:hAnsi="Arial" w:eastAsia="Arial" w:cs="Arial"/>
        </w:rPr>
        <w:t>, Secretary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Approved: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[date]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40" w:line="240" w:lineRule="auto" w:before="0"/>
    </w:pPr>
    <w:rPr>
      <w:rFonts w:ascii="Arial" w:hAnsi="Arial" w:eastAsia="Arial" w:cs="Arial"/>
      <w:b w:val="0"/>
      <w:color w:val="1F2937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template (formal)</dc:title>
  <dc:subject/>
  <dc:creator>Meetlens</dc:creator>
  <cp:keywords/>
  <dc:description/>
  <cp:lastModifiedBy>Meetlens</cp:lastModifiedBy>
  <cp:revision>1</cp:revision>
  <dcterms:created xsi:type="dcterms:W3CDTF">2013-12-23T23:15:00Z</dcterms:created>
  <dcterms:modified xsi:type="dcterms:W3CDTF">2013-12-23T23:15:00Z</dcterms:modified>
  <cp:category/>
</cp:coreProperties>
</file>