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 xml:space="preserve">Meeting report: </w:t>
      </w:r>
      <w:r>
        <w:rPr>
          <w:rFonts w:ascii="Arial" w:hAnsi="Arial" w:eastAsia="Arial" w:cs="Arial"/>
          <w:b/>
          <w:color w:val="1F2A44"/>
          <w:sz w:val="32"/>
        </w:rPr>
        <w:t>[meeting title]</w:t>
      </w:r>
    </w:p>
    <w:p>
      <w:pPr>
        <w:tabs>
          <w:tab w:pos="2160" w:val="left"/>
          <w:tab w:pos="6480" w:val="left"/>
        </w:tabs>
      </w:pPr>
      <w:r>
        <w:rPr>
          <w:rFonts w:ascii="Arial" w:hAnsi="Arial" w:eastAsia="Arial" w:cs="Arial"/>
          <w:b/>
        </w:rPr>
        <w:t>Date / 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Format: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[in person / Zoom / Teams / Meet]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Prepared by: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</w:p>
    <w:p>
      <w:pPr>
        <w:tabs>
          <w:tab w:pos="6480" w:val="left"/>
        </w:tabs>
      </w:pPr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[names, roles]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Purpose: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[why the meeting was held — one sentence]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Executive summary</w:t>
      </w:r>
    </w:p>
    <w:p>
      <w:r>
        <w:rPr>
          <w:rFonts w:ascii="Arial" w:hAnsi="Arial" w:eastAsia="Arial" w:cs="Arial"/>
        </w:rPr>
        <w:t>[2–3 sentences: outcome, key decision, what the reader needs to do]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Key discussion points</w:t>
      </w:r>
    </w:p>
    <w:p>
      <w:pPr>
        <w:pStyle w:val="ListBullet"/>
      </w:pPr>
      <w:r>
        <w:rPr>
          <w:rFonts w:ascii="Arial" w:hAnsi="Arial" w:eastAsia="Arial" w:cs="Arial"/>
        </w:rPr>
        <w:t>[Topic]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[what was discussed, 1–2 sentences]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Decisions</w:t>
      </w:r>
    </w:p>
    <w:p>
      <w:pPr>
        <w:pStyle w:val="ListBullet"/>
      </w:pPr>
      <w:r>
        <w:rPr>
          <w:rFonts w:ascii="Arial" w:hAnsi="Arial" w:eastAsia="Arial" w:cs="Arial"/>
        </w:rPr>
        <w:t>[Decision]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[who decided]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184"/>
        <w:gridCol w:w="2592"/>
        <w:gridCol w:w="1584"/>
      </w:tblGrid>
      <w:tr>
        <w:trPr>
          <w:tblHeader/>
        </w:trPr>
        <w:tc>
          <w:tcPr>
            <w:tcW w:type="dxa" w:w="51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259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</w:tr>
      <w:tr>
        <w:trPr>
          <w:trHeight w:val="460" w:hRule="atLeast"/>
        </w:trPr>
        <w:tc>
          <w:tcPr>
            <w:tcW w:type="dxa" w:w="51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1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1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1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r>
        <w:rPr>
          <w:rFonts w:ascii="Arial" w:hAnsi="Arial" w:eastAsia="Arial" w:cs="Arial"/>
          <w:b/>
        </w:rPr>
        <w:t>Risks / issues (optional):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Recommendations (optional):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Next steps / next 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Attachments: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[slides, recording, transcript link]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report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