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dashed" w:sz="6" w:space="0" w:color="AEB8C4"/>
          <w:insideV w:val="dashed" w:sz="6" w:space="0" w:color="AEB8C4"/>
        </w:tblBorders>
        <w:tblLayout w:type="fixed"/>
        <w:tblCellMar>
          <w:top w:w="360" w:type="dxa"/>
          <w:left w:w="432" w:type="dxa"/>
          <w:bottom w:w="0" w:type="dxa"/>
          <w:right w:w="432" w:type="dxa"/>
        </w:tblCellMar>
        <w:tblLook w:firstColumn="1" w:firstRow="1" w:lastColumn="0" w:lastRow="0" w:noHBand="0" w:noVBand="1" w:val="04A0"/>
      </w:tblPr>
      <w:tblGrid>
        <w:gridCol w:w="5400"/>
        <w:gridCol w:w="5400"/>
      </w:tblGrid>
      <w:tr>
        <w:trPr>
          <w:trHeight w:val="7056" w:hRule="exact"/>
          <w:cantSplit/>
        </w:trPr>
        <w:tc>
          <w:tcPr>
            <w:tcW w:type="dxa" w:w="5400"/>
          </w:tcPr>
          <w:p>
            <w:pPr>
              <w:spacing w:after="80" w:line="240" w:lineRule="auto"/>
            </w:pPr>
            <w:r>
              <w:rPr>
                <w:rFonts w:ascii="Arial" w:hAnsi="Arial" w:eastAsia="Arial" w:cs="Arial"/>
                <w:b/>
                <w:color w:val="1F2A44"/>
                <w:sz w:val="24"/>
              </w:rPr>
              <w:t>Phone call notes</w:t>
            </w:r>
          </w:p>
          <w:p>
            <w:pPr>
              <w:tabs>
                <w:tab w:pos="4464" w:val="right" w:leader="underscore"/>
              </w:tabs>
              <w:spacing w:before="0" w:after="0" w:lineRule="exact" w:line="520"/>
            </w:pPr>
            <w:r>
              <w:rPr>
                <w:rFonts w:ascii="Arial" w:hAnsi="Arial" w:eastAsia="Arial" w:cs="Arial"/>
                <w:b/>
                <w:sz w:val="20"/>
              </w:rPr>
              <w:t xml:space="preserve">Date and time: </w:t>
            </w:r>
            <w:r>
              <w:rPr>
                <w:rFonts w:ascii="Arial" w:hAnsi="Arial" w:eastAsia="Arial" w:cs="Arial"/>
                <w:color w:val="6B7280"/>
                <w:sz w:val="16"/>
              </w:rPr>
              <w:t xml:space="preserve">[Month D, YYYY], [time] </w:t>
            </w:r>
            <w:r>
              <w:rPr>
                <w:rFonts w:ascii="Arial" w:hAnsi="Arial" w:eastAsia="Arial" w:cs="Arial"/>
                <w:color w:val="AEB8C4"/>
              </w:rPr>
              <w:tab/>
            </w:r>
          </w:p>
          <w:p>
            <w:pPr>
              <w:tabs>
                <w:tab w:pos="4464" w:val="right" w:leader="underscore"/>
              </w:tabs>
              <w:spacing w:before="0" w:after="0" w:lineRule="exact" w:line="520"/>
            </w:pPr>
            <w:r>
              <w:rPr>
                <w:rFonts w:ascii="Arial" w:hAnsi="Arial" w:eastAsia="Arial" w:cs="Arial"/>
                <w:b/>
                <w:sz w:val="20"/>
              </w:rPr>
              <w:t xml:space="preserve">Caller: </w:t>
            </w:r>
            <w:r>
              <w:rPr>
                <w:rFonts w:ascii="Arial" w:hAnsi="Arial" w:eastAsia="Arial" w:cs="Arial"/>
                <w:color w:val="6B7280"/>
                <w:sz w:val="16"/>
              </w:rPr>
              <w:t xml:space="preserve">[name, company] </w:t>
            </w:r>
            <w:r>
              <w:rPr>
                <w:rFonts w:ascii="Arial" w:hAnsi="Arial" w:eastAsia="Arial" w:cs="Arial"/>
                <w:color w:val="AEB8C4"/>
              </w:rPr>
              <w:tab/>
            </w:r>
          </w:p>
          <w:p>
            <w:pPr>
              <w:tabs>
                <w:tab w:pos="4464" w:val="right" w:leader="underscore"/>
              </w:tabs>
              <w:spacing w:before="0" w:after="0" w:lineRule="exact" w:line="520"/>
            </w:pPr>
            <w:r>
              <w:rPr>
                <w:rFonts w:ascii="Arial" w:hAnsi="Arial" w:eastAsia="Arial" w:cs="Arial"/>
                <w:b/>
                <w:sz w:val="20"/>
              </w:rPr>
              <w:t xml:space="preserve">Number: </w:t>
            </w:r>
            <w:r>
              <w:rPr>
                <w:rFonts w:ascii="Arial" w:hAnsi="Arial" w:eastAsia="Arial" w:cs="Arial"/>
                <w:color w:val="6B7280"/>
                <w:sz w:val="16"/>
              </w:rPr>
              <w:t xml:space="preserve">[phone number] </w:t>
            </w:r>
            <w:r>
              <w:rPr>
                <w:rFonts w:ascii="Arial" w:hAnsi="Arial" w:eastAsia="Arial" w:cs="Arial"/>
                <w:color w:val="AEB8C4"/>
              </w:rPr>
              <w:tab/>
            </w:r>
          </w:p>
          <w:p>
            <w:pPr>
              <w:tabs>
                <w:tab w:pos="4464" w:val="right" w:leader="underscore"/>
              </w:tabs>
              <w:spacing w:before="0" w:after="0" w:lineRule="exact" w:line="520"/>
            </w:pPr>
            <w:r>
              <w:rPr>
                <w:rFonts w:ascii="Arial" w:hAnsi="Arial" w:eastAsia="Arial" w:cs="Arial"/>
                <w:b/>
                <w:sz w:val="20"/>
              </w:rPr>
              <w:t xml:space="preserve">Reason for the call: </w:t>
            </w:r>
            <w:r>
              <w:rPr>
                <w:rFonts w:ascii="Arial" w:hAnsi="Arial" w:eastAsia="Arial" w:cs="Arial"/>
                <w:color w:val="6B7280"/>
                <w:sz w:val="16"/>
              </w:rPr>
              <w:t xml:space="preserve">[one line] </w:t>
            </w:r>
            <w:r>
              <w:rPr>
                <w:rFonts w:ascii="Arial" w:hAnsi="Arial" w:eastAsia="Arial" w:cs="Arial"/>
                <w:color w:val="AEB8C4"/>
              </w:rPr>
              <w:tab/>
            </w:r>
          </w:p>
          <w:p>
            <w:pPr>
              <w:tabs>
                <w:tab w:pos="4464" w:val="right" w:leader="underscore"/>
              </w:tabs>
              <w:spacing w:before="0" w:after="0" w:lineRule="exact" w:line="520"/>
            </w:pPr>
            <w:r>
              <w:rPr>
                <w:rFonts w:ascii="Arial" w:hAnsi="Arial" w:eastAsia="Arial" w:cs="Arial"/>
                <w:b/>
                <w:sz w:val="20"/>
              </w:rPr>
              <w:t xml:space="preserve">Message: </w:t>
            </w:r>
            <w:r>
              <w:rPr>
                <w:rFonts w:ascii="Arial" w:hAnsi="Arial" w:eastAsia="Arial" w:cs="Arial"/>
                <w:color w:val="6B7280"/>
                <w:sz w:val="16"/>
              </w:rPr>
              <w:t xml:space="preserve">[what they need] </w:t>
            </w:r>
            <w:r>
              <w:rPr>
                <w:rFonts w:ascii="Arial" w:hAnsi="Arial" w:eastAsia="Arial" w:cs="Arial"/>
                <w:color w:val="AEB8C4"/>
              </w:rPr>
              <w:tab/>
            </w:r>
          </w:p>
          <w:p>
            <w:pPr>
              <w:tabs>
                <w:tab w:pos="4464" w:val="right" w:leader="underscore"/>
              </w:tabs>
              <w:spacing w:before="0" w:after="0" w:lineRule="exact" w:line="520"/>
            </w:pPr>
            <w:r>
              <w:rPr>
                <w:rFonts w:ascii="Arial" w:hAnsi="Arial" w:eastAsia="Arial" w:cs="Arial"/>
                <w:color w:val="AEB8C4"/>
              </w:rPr>
              <w:tab/>
            </w:r>
          </w:p>
          <w:p>
            <w:pPr>
              <w:tabs>
                <w:tab w:pos="4464" w:val="right" w:leader="underscore"/>
              </w:tabs>
              <w:spacing w:before="0" w:after="0" w:lineRule="exact" w:line="520"/>
            </w:pPr>
            <w:r>
              <w:rPr>
                <w:rFonts w:ascii="Arial" w:hAnsi="Arial" w:eastAsia="Arial" w:cs="Arial"/>
                <w:color w:val="AEB8C4"/>
              </w:rPr>
              <w:tab/>
            </w:r>
          </w:p>
          <w:p>
            <w:pPr>
              <w:tabs>
                <w:tab w:pos="4464" w:val="right" w:leader="underscore"/>
              </w:tabs>
              <w:spacing w:before="0" w:after="0" w:lineRule="exact" w:line="520"/>
            </w:pPr>
            <w:r>
              <w:rPr>
                <w:rFonts w:ascii="Arial" w:hAnsi="Arial" w:eastAsia="Arial" w:cs="Arial"/>
                <w:color w:val="AEB8C4"/>
              </w:rPr>
              <w:tab/>
            </w:r>
          </w:p>
          <w:p>
            <w:pPr>
              <w:tabs>
                <w:tab w:pos="4464" w:val="right" w:leader="underscore"/>
              </w:tabs>
              <w:spacing w:before="0" w:after="0" w:lineRule="exact" w:line="520"/>
            </w:pPr>
            <w:r>
              <w:rPr>
                <w:rFonts w:ascii="Arial" w:hAnsi="Arial" w:eastAsia="Arial" w:cs="Arial"/>
                <w:color w:val="AEB8C4"/>
              </w:rPr>
              <w:tab/>
            </w:r>
          </w:p>
          <w:p>
            <w:pPr>
              <w:tabs>
                <w:tab w:pos="4464" w:val="right" w:leader="underscore"/>
              </w:tabs>
              <w:spacing w:before="0" w:after="0" w:lineRule="exact" w:line="520"/>
            </w:pPr>
            <w:r>
              <w:rPr>
                <w:rFonts w:ascii="Arial" w:hAnsi="Arial" w:eastAsia="Arial" w:cs="Arial"/>
                <w:b/>
                <w:sz w:val="20"/>
              </w:rPr>
              <w:t xml:space="preserve">Call back by: </w:t>
            </w:r>
            <w:r>
              <w:rPr>
                <w:rFonts w:ascii="Arial" w:hAnsi="Arial" w:eastAsia="Arial" w:cs="Arial"/>
                <w:color w:val="6B7280"/>
                <w:sz w:val="16"/>
              </w:rPr>
              <w:t xml:space="preserve">[day and time] </w:t>
            </w:r>
            <w:r>
              <w:rPr>
                <w:rFonts w:ascii="Arial" w:hAnsi="Arial" w:eastAsia="Arial" w:cs="Arial"/>
                <w:color w:val="AEB8C4"/>
              </w:rPr>
              <w:tab/>
            </w:r>
          </w:p>
          <w:p>
            <w:pPr>
              <w:tabs>
                <w:tab w:pos="4464" w:val="right" w:leader="underscore"/>
              </w:tabs>
              <w:spacing w:before="0" w:after="0" w:lineRule="exact" w:line="520"/>
            </w:pPr>
            <w:r>
              <w:rPr>
                <w:rFonts w:ascii="Arial" w:hAnsi="Arial" w:eastAsia="Arial" w:cs="Arial"/>
                <w:b/>
                <w:sz w:val="20"/>
              </w:rPr>
              <w:t xml:space="preserve">Taken by: </w:t>
            </w:r>
            <w:r>
              <w:rPr>
                <w:rFonts w:ascii="Arial" w:hAnsi="Arial" w:eastAsia="Arial" w:cs="Arial"/>
                <w:color w:val="6B7280"/>
                <w:sz w:val="16"/>
              </w:rPr>
              <w:t xml:space="preserve">[your name] </w:t>
            </w:r>
            <w:r>
              <w:rPr>
                <w:rFonts w:ascii="Arial" w:hAnsi="Arial" w:eastAsia="Arial" w:cs="Arial"/>
                <w:color w:val="AEB8C4"/>
              </w:rPr>
              <w:tab/>
            </w:r>
          </w:p>
        </w:tc>
        <w:tc>
          <w:tcPr>
            <w:tcW w:type="dxa" w:w="5400"/>
          </w:tcPr>
          <w:p>
            <w:pPr>
              <w:spacing w:after="80" w:line="240" w:lineRule="auto"/>
            </w:pPr>
            <w:r>
              <w:rPr>
                <w:rFonts w:ascii="Arial" w:hAnsi="Arial" w:eastAsia="Arial" w:cs="Arial"/>
                <w:b/>
                <w:color w:val="1F2A44"/>
                <w:sz w:val="24"/>
              </w:rPr>
              <w:t>Phone call notes</w:t>
            </w:r>
          </w:p>
          <w:p>
            <w:pPr>
              <w:tabs>
                <w:tab w:pos="4464" w:val="right" w:leader="underscore"/>
              </w:tabs>
              <w:spacing w:before="0" w:after="0" w:lineRule="exact" w:line="520"/>
            </w:pPr>
            <w:r>
              <w:rPr>
                <w:rFonts w:ascii="Arial" w:hAnsi="Arial" w:eastAsia="Arial" w:cs="Arial"/>
                <w:b/>
                <w:sz w:val="20"/>
              </w:rPr>
              <w:t xml:space="preserve">Date and time: </w:t>
            </w:r>
            <w:r>
              <w:rPr>
                <w:rFonts w:ascii="Arial" w:hAnsi="Arial" w:eastAsia="Arial" w:cs="Arial"/>
                <w:color w:val="6B7280"/>
                <w:sz w:val="16"/>
              </w:rPr>
              <w:t xml:space="preserve">[Month D, YYYY], [time] </w:t>
            </w:r>
            <w:r>
              <w:rPr>
                <w:rFonts w:ascii="Arial" w:hAnsi="Arial" w:eastAsia="Arial" w:cs="Arial"/>
                <w:color w:val="AEB8C4"/>
              </w:rPr>
              <w:tab/>
            </w:r>
          </w:p>
          <w:p>
            <w:pPr>
              <w:tabs>
                <w:tab w:pos="4464" w:val="right" w:leader="underscore"/>
              </w:tabs>
              <w:spacing w:before="0" w:after="0" w:lineRule="exact" w:line="520"/>
            </w:pPr>
            <w:r>
              <w:rPr>
                <w:rFonts w:ascii="Arial" w:hAnsi="Arial" w:eastAsia="Arial" w:cs="Arial"/>
                <w:b/>
                <w:sz w:val="20"/>
              </w:rPr>
              <w:t xml:space="preserve">Caller: </w:t>
            </w:r>
            <w:r>
              <w:rPr>
                <w:rFonts w:ascii="Arial" w:hAnsi="Arial" w:eastAsia="Arial" w:cs="Arial"/>
                <w:color w:val="6B7280"/>
                <w:sz w:val="16"/>
              </w:rPr>
              <w:t xml:space="preserve">[name, company] </w:t>
            </w:r>
            <w:r>
              <w:rPr>
                <w:rFonts w:ascii="Arial" w:hAnsi="Arial" w:eastAsia="Arial" w:cs="Arial"/>
                <w:color w:val="AEB8C4"/>
              </w:rPr>
              <w:tab/>
            </w:r>
          </w:p>
          <w:p>
            <w:pPr>
              <w:tabs>
                <w:tab w:pos="4464" w:val="right" w:leader="underscore"/>
              </w:tabs>
              <w:spacing w:before="0" w:after="0" w:lineRule="exact" w:line="520"/>
            </w:pPr>
            <w:r>
              <w:rPr>
                <w:rFonts w:ascii="Arial" w:hAnsi="Arial" w:eastAsia="Arial" w:cs="Arial"/>
                <w:b/>
                <w:sz w:val="20"/>
              </w:rPr>
              <w:t xml:space="preserve">Number: </w:t>
            </w:r>
            <w:r>
              <w:rPr>
                <w:rFonts w:ascii="Arial" w:hAnsi="Arial" w:eastAsia="Arial" w:cs="Arial"/>
                <w:color w:val="6B7280"/>
                <w:sz w:val="16"/>
              </w:rPr>
              <w:t xml:space="preserve">[phone number] </w:t>
            </w:r>
            <w:r>
              <w:rPr>
                <w:rFonts w:ascii="Arial" w:hAnsi="Arial" w:eastAsia="Arial" w:cs="Arial"/>
                <w:color w:val="AEB8C4"/>
              </w:rPr>
              <w:tab/>
            </w:r>
          </w:p>
          <w:p>
            <w:pPr>
              <w:tabs>
                <w:tab w:pos="4464" w:val="right" w:leader="underscore"/>
              </w:tabs>
              <w:spacing w:before="0" w:after="0" w:lineRule="exact" w:line="520"/>
            </w:pPr>
            <w:r>
              <w:rPr>
                <w:rFonts w:ascii="Arial" w:hAnsi="Arial" w:eastAsia="Arial" w:cs="Arial"/>
                <w:b/>
                <w:sz w:val="20"/>
              </w:rPr>
              <w:t xml:space="preserve">Reason for the call: </w:t>
            </w:r>
            <w:r>
              <w:rPr>
                <w:rFonts w:ascii="Arial" w:hAnsi="Arial" w:eastAsia="Arial" w:cs="Arial"/>
                <w:color w:val="6B7280"/>
                <w:sz w:val="16"/>
              </w:rPr>
              <w:t xml:space="preserve">[one line] </w:t>
            </w:r>
            <w:r>
              <w:rPr>
                <w:rFonts w:ascii="Arial" w:hAnsi="Arial" w:eastAsia="Arial" w:cs="Arial"/>
                <w:color w:val="AEB8C4"/>
              </w:rPr>
              <w:tab/>
            </w:r>
          </w:p>
          <w:p>
            <w:pPr>
              <w:tabs>
                <w:tab w:pos="4464" w:val="right" w:leader="underscore"/>
              </w:tabs>
              <w:spacing w:before="0" w:after="0" w:lineRule="exact" w:line="520"/>
            </w:pPr>
            <w:r>
              <w:rPr>
                <w:rFonts w:ascii="Arial" w:hAnsi="Arial" w:eastAsia="Arial" w:cs="Arial"/>
                <w:b/>
                <w:sz w:val="20"/>
              </w:rPr>
              <w:t xml:space="preserve">Message: </w:t>
            </w:r>
            <w:r>
              <w:rPr>
                <w:rFonts w:ascii="Arial" w:hAnsi="Arial" w:eastAsia="Arial" w:cs="Arial"/>
                <w:color w:val="6B7280"/>
                <w:sz w:val="16"/>
              </w:rPr>
              <w:t xml:space="preserve">[what they need] </w:t>
            </w:r>
            <w:r>
              <w:rPr>
                <w:rFonts w:ascii="Arial" w:hAnsi="Arial" w:eastAsia="Arial" w:cs="Arial"/>
                <w:color w:val="AEB8C4"/>
              </w:rPr>
              <w:tab/>
            </w:r>
          </w:p>
          <w:p>
            <w:pPr>
              <w:tabs>
                <w:tab w:pos="4464" w:val="right" w:leader="underscore"/>
              </w:tabs>
              <w:spacing w:before="0" w:after="0" w:lineRule="exact" w:line="520"/>
            </w:pPr>
            <w:r>
              <w:rPr>
                <w:rFonts w:ascii="Arial" w:hAnsi="Arial" w:eastAsia="Arial" w:cs="Arial"/>
                <w:color w:val="AEB8C4"/>
              </w:rPr>
              <w:tab/>
            </w:r>
          </w:p>
          <w:p>
            <w:pPr>
              <w:tabs>
                <w:tab w:pos="4464" w:val="right" w:leader="underscore"/>
              </w:tabs>
              <w:spacing w:before="0" w:after="0" w:lineRule="exact" w:line="520"/>
            </w:pPr>
            <w:r>
              <w:rPr>
                <w:rFonts w:ascii="Arial" w:hAnsi="Arial" w:eastAsia="Arial" w:cs="Arial"/>
                <w:color w:val="AEB8C4"/>
              </w:rPr>
              <w:tab/>
            </w:r>
          </w:p>
          <w:p>
            <w:pPr>
              <w:tabs>
                <w:tab w:pos="4464" w:val="right" w:leader="underscore"/>
              </w:tabs>
              <w:spacing w:before="0" w:after="0" w:lineRule="exact" w:line="520"/>
            </w:pPr>
            <w:r>
              <w:rPr>
                <w:rFonts w:ascii="Arial" w:hAnsi="Arial" w:eastAsia="Arial" w:cs="Arial"/>
                <w:color w:val="AEB8C4"/>
              </w:rPr>
              <w:tab/>
            </w:r>
          </w:p>
          <w:p>
            <w:pPr>
              <w:tabs>
                <w:tab w:pos="4464" w:val="right" w:leader="underscore"/>
              </w:tabs>
              <w:spacing w:before="0" w:after="0" w:lineRule="exact" w:line="520"/>
            </w:pPr>
            <w:r>
              <w:rPr>
                <w:rFonts w:ascii="Arial" w:hAnsi="Arial" w:eastAsia="Arial" w:cs="Arial"/>
                <w:color w:val="AEB8C4"/>
              </w:rPr>
              <w:tab/>
            </w:r>
          </w:p>
          <w:p>
            <w:pPr>
              <w:tabs>
                <w:tab w:pos="4464" w:val="right" w:leader="underscore"/>
              </w:tabs>
              <w:spacing w:before="0" w:after="0" w:lineRule="exact" w:line="520"/>
            </w:pPr>
            <w:r>
              <w:rPr>
                <w:rFonts w:ascii="Arial" w:hAnsi="Arial" w:eastAsia="Arial" w:cs="Arial"/>
                <w:b/>
                <w:sz w:val="20"/>
              </w:rPr>
              <w:t xml:space="preserve">Call back by: </w:t>
            </w:r>
            <w:r>
              <w:rPr>
                <w:rFonts w:ascii="Arial" w:hAnsi="Arial" w:eastAsia="Arial" w:cs="Arial"/>
                <w:color w:val="6B7280"/>
                <w:sz w:val="16"/>
              </w:rPr>
              <w:t xml:space="preserve">[day and time] </w:t>
            </w:r>
            <w:r>
              <w:rPr>
                <w:rFonts w:ascii="Arial" w:hAnsi="Arial" w:eastAsia="Arial" w:cs="Arial"/>
                <w:color w:val="AEB8C4"/>
              </w:rPr>
              <w:tab/>
            </w:r>
          </w:p>
          <w:p>
            <w:pPr>
              <w:tabs>
                <w:tab w:pos="4464" w:val="right" w:leader="underscore"/>
              </w:tabs>
              <w:spacing w:before="0" w:after="0" w:lineRule="exact" w:line="520"/>
            </w:pPr>
            <w:r>
              <w:rPr>
                <w:rFonts w:ascii="Arial" w:hAnsi="Arial" w:eastAsia="Arial" w:cs="Arial"/>
                <w:b/>
                <w:sz w:val="20"/>
              </w:rPr>
              <w:t xml:space="preserve">Taken by: </w:t>
            </w:r>
            <w:r>
              <w:rPr>
                <w:rFonts w:ascii="Arial" w:hAnsi="Arial" w:eastAsia="Arial" w:cs="Arial"/>
                <w:color w:val="6B7280"/>
                <w:sz w:val="16"/>
              </w:rPr>
              <w:t xml:space="preserve">[your name] </w:t>
            </w:r>
            <w:r>
              <w:rPr>
                <w:rFonts w:ascii="Arial" w:hAnsi="Arial" w:eastAsia="Arial" w:cs="Arial"/>
                <w:color w:val="AEB8C4"/>
              </w:rPr>
              <w:tab/>
            </w:r>
          </w:p>
        </w:tc>
      </w:tr>
      <w:tr>
        <w:trPr>
          <w:trHeight w:val="7056" w:hRule="exact"/>
          <w:cantSplit/>
        </w:trPr>
        <w:tc>
          <w:tcPr>
            <w:tcW w:type="dxa" w:w="5400"/>
          </w:tcPr>
          <w:p>
            <w:pPr>
              <w:spacing w:after="80" w:line="240" w:lineRule="auto"/>
            </w:pPr>
            <w:r>
              <w:rPr>
                <w:rFonts w:ascii="Arial" w:hAnsi="Arial" w:eastAsia="Arial" w:cs="Arial"/>
                <w:b/>
                <w:color w:val="1F2A44"/>
                <w:sz w:val="24"/>
              </w:rPr>
              <w:t>Phone call notes</w:t>
            </w:r>
          </w:p>
          <w:p>
            <w:pPr>
              <w:tabs>
                <w:tab w:pos="4464" w:val="right" w:leader="underscore"/>
              </w:tabs>
              <w:spacing w:before="0" w:after="0" w:lineRule="exact" w:line="520"/>
            </w:pPr>
            <w:r>
              <w:rPr>
                <w:rFonts w:ascii="Arial" w:hAnsi="Arial" w:eastAsia="Arial" w:cs="Arial"/>
                <w:b/>
                <w:sz w:val="20"/>
              </w:rPr>
              <w:t xml:space="preserve">Date and time: </w:t>
            </w:r>
            <w:r>
              <w:rPr>
                <w:rFonts w:ascii="Arial" w:hAnsi="Arial" w:eastAsia="Arial" w:cs="Arial"/>
                <w:color w:val="6B7280"/>
                <w:sz w:val="16"/>
              </w:rPr>
              <w:t xml:space="preserve">[Month D, YYYY], [time] </w:t>
            </w:r>
            <w:r>
              <w:rPr>
                <w:rFonts w:ascii="Arial" w:hAnsi="Arial" w:eastAsia="Arial" w:cs="Arial"/>
                <w:color w:val="AEB8C4"/>
              </w:rPr>
              <w:tab/>
            </w:r>
          </w:p>
          <w:p>
            <w:pPr>
              <w:tabs>
                <w:tab w:pos="4464" w:val="right" w:leader="underscore"/>
              </w:tabs>
              <w:spacing w:before="0" w:after="0" w:lineRule="exact" w:line="520"/>
            </w:pPr>
            <w:r>
              <w:rPr>
                <w:rFonts w:ascii="Arial" w:hAnsi="Arial" w:eastAsia="Arial" w:cs="Arial"/>
                <w:b/>
                <w:sz w:val="20"/>
              </w:rPr>
              <w:t xml:space="preserve">Caller: </w:t>
            </w:r>
            <w:r>
              <w:rPr>
                <w:rFonts w:ascii="Arial" w:hAnsi="Arial" w:eastAsia="Arial" w:cs="Arial"/>
                <w:color w:val="6B7280"/>
                <w:sz w:val="16"/>
              </w:rPr>
              <w:t xml:space="preserve">[name, company] </w:t>
            </w:r>
            <w:r>
              <w:rPr>
                <w:rFonts w:ascii="Arial" w:hAnsi="Arial" w:eastAsia="Arial" w:cs="Arial"/>
                <w:color w:val="AEB8C4"/>
              </w:rPr>
              <w:tab/>
            </w:r>
          </w:p>
          <w:p>
            <w:pPr>
              <w:tabs>
                <w:tab w:pos="4464" w:val="right" w:leader="underscore"/>
              </w:tabs>
              <w:spacing w:before="0" w:after="0" w:lineRule="exact" w:line="520"/>
            </w:pPr>
            <w:r>
              <w:rPr>
                <w:rFonts w:ascii="Arial" w:hAnsi="Arial" w:eastAsia="Arial" w:cs="Arial"/>
                <w:b/>
                <w:sz w:val="20"/>
              </w:rPr>
              <w:t xml:space="preserve">Number: </w:t>
            </w:r>
            <w:r>
              <w:rPr>
                <w:rFonts w:ascii="Arial" w:hAnsi="Arial" w:eastAsia="Arial" w:cs="Arial"/>
                <w:color w:val="6B7280"/>
                <w:sz w:val="16"/>
              </w:rPr>
              <w:t xml:space="preserve">[phone number] </w:t>
            </w:r>
            <w:r>
              <w:rPr>
                <w:rFonts w:ascii="Arial" w:hAnsi="Arial" w:eastAsia="Arial" w:cs="Arial"/>
                <w:color w:val="AEB8C4"/>
              </w:rPr>
              <w:tab/>
            </w:r>
          </w:p>
          <w:p>
            <w:pPr>
              <w:tabs>
                <w:tab w:pos="4464" w:val="right" w:leader="underscore"/>
              </w:tabs>
              <w:spacing w:before="0" w:after="0" w:lineRule="exact" w:line="520"/>
            </w:pPr>
            <w:r>
              <w:rPr>
                <w:rFonts w:ascii="Arial" w:hAnsi="Arial" w:eastAsia="Arial" w:cs="Arial"/>
                <w:b/>
                <w:sz w:val="20"/>
              </w:rPr>
              <w:t xml:space="preserve">Reason for the call: </w:t>
            </w:r>
            <w:r>
              <w:rPr>
                <w:rFonts w:ascii="Arial" w:hAnsi="Arial" w:eastAsia="Arial" w:cs="Arial"/>
                <w:color w:val="6B7280"/>
                <w:sz w:val="16"/>
              </w:rPr>
              <w:t xml:space="preserve">[one line] </w:t>
            </w:r>
            <w:r>
              <w:rPr>
                <w:rFonts w:ascii="Arial" w:hAnsi="Arial" w:eastAsia="Arial" w:cs="Arial"/>
                <w:color w:val="AEB8C4"/>
              </w:rPr>
              <w:tab/>
            </w:r>
          </w:p>
          <w:p>
            <w:pPr>
              <w:tabs>
                <w:tab w:pos="4464" w:val="right" w:leader="underscore"/>
              </w:tabs>
              <w:spacing w:before="0" w:after="0" w:lineRule="exact" w:line="520"/>
            </w:pPr>
            <w:r>
              <w:rPr>
                <w:rFonts w:ascii="Arial" w:hAnsi="Arial" w:eastAsia="Arial" w:cs="Arial"/>
                <w:b/>
                <w:sz w:val="20"/>
              </w:rPr>
              <w:t xml:space="preserve">Message: </w:t>
            </w:r>
            <w:r>
              <w:rPr>
                <w:rFonts w:ascii="Arial" w:hAnsi="Arial" w:eastAsia="Arial" w:cs="Arial"/>
                <w:color w:val="6B7280"/>
                <w:sz w:val="16"/>
              </w:rPr>
              <w:t xml:space="preserve">[what they need] </w:t>
            </w:r>
            <w:r>
              <w:rPr>
                <w:rFonts w:ascii="Arial" w:hAnsi="Arial" w:eastAsia="Arial" w:cs="Arial"/>
                <w:color w:val="AEB8C4"/>
              </w:rPr>
              <w:tab/>
            </w:r>
          </w:p>
          <w:p>
            <w:pPr>
              <w:tabs>
                <w:tab w:pos="4464" w:val="right" w:leader="underscore"/>
              </w:tabs>
              <w:spacing w:before="0" w:after="0" w:lineRule="exact" w:line="520"/>
            </w:pPr>
            <w:r>
              <w:rPr>
                <w:rFonts w:ascii="Arial" w:hAnsi="Arial" w:eastAsia="Arial" w:cs="Arial"/>
                <w:color w:val="AEB8C4"/>
              </w:rPr>
              <w:tab/>
            </w:r>
          </w:p>
          <w:p>
            <w:pPr>
              <w:tabs>
                <w:tab w:pos="4464" w:val="right" w:leader="underscore"/>
              </w:tabs>
              <w:spacing w:before="0" w:after="0" w:lineRule="exact" w:line="520"/>
            </w:pPr>
            <w:r>
              <w:rPr>
                <w:rFonts w:ascii="Arial" w:hAnsi="Arial" w:eastAsia="Arial" w:cs="Arial"/>
                <w:color w:val="AEB8C4"/>
              </w:rPr>
              <w:tab/>
            </w:r>
          </w:p>
          <w:p>
            <w:pPr>
              <w:tabs>
                <w:tab w:pos="4464" w:val="right" w:leader="underscore"/>
              </w:tabs>
              <w:spacing w:before="0" w:after="0" w:lineRule="exact" w:line="520"/>
            </w:pPr>
            <w:r>
              <w:rPr>
                <w:rFonts w:ascii="Arial" w:hAnsi="Arial" w:eastAsia="Arial" w:cs="Arial"/>
                <w:color w:val="AEB8C4"/>
              </w:rPr>
              <w:tab/>
            </w:r>
          </w:p>
          <w:p>
            <w:pPr>
              <w:tabs>
                <w:tab w:pos="4464" w:val="right" w:leader="underscore"/>
              </w:tabs>
              <w:spacing w:before="0" w:after="0" w:lineRule="exact" w:line="520"/>
            </w:pPr>
            <w:r>
              <w:rPr>
                <w:rFonts w:ascii="Arial" w:hAnsi="Arial" w:eastAsia="Arial" w:cs="Arial"/>
                <w:color w:val="AEB8C4"/>
              </w:rPr>
              <w:tab/>
            </w:r>
          </w:p>
          <w:p>
            <w:pPr>
              <w:tabs>
                <w:tab w:pos="4464" w:val="right" w:leader="underscore"/>
              </w:tabs>
              <w:spacing w:before="0" w:after="0" w:lineRule="exact" w:line="520"/>
            </w:pPr>
            <w:r>
              <w:rPr>
                <w:rFonts w:ascii="Arial" w:hAnsi="Arial" w:eastAsia="Arial" w:cs="Arial"/>
                <w:b/>
                <w:sz w:val="20"/>
              </w:rPr>
              <w:t xml:space="preserve">Call back by: </w:t>
            </w:r>
            <w:r>
              <w:rPr>
                <w:rFonts w:ascii="Arial" w:hAnsi="Arial" w:eastAsia="Arial" w:cs="Arial"/>
                <w:color w:val="6B7280"/>
                <w:sz w:val="16"/>
              </w:rPr>
              <w:t xml:space="preserve">[day and time] </w:t>
            </w:r>
            <w:r>
              <w:rPr>
                <w:rFonts w:ascii="Arial" w:hAnsi="Arial" w:eastAsia="Arial" w:cs="Arial"/>
                <w:color w:val="AEB8C4"/>
              </w:rPr>
              <w:tab/>
            </w:r>
          </w:p>
          <w:p>
            <w:pPr>
              <w:tabs>
                <w:tab w:pos="4464" w:val="right" w:leader="underscore"/>
              </w:tabs>
              <w:spacing w:before="0" w:after="0" w:lineRule="exact" w:line="520"/>
            </w:pPr>
            <w:r>
              <w:rPr>
                <w:rFonts w:ascii="Arial" w:hAnsi="Arial" w:eastAsia="Arial" w:cs="Arial"/>
                <w:b/>
                <w:sz w:val="20"/>
              </w:rPr>
              <w:t xml:space="preserve">Taken by: </w:t>
            </w:r>
            <w:r>
              <w:rPr>
                <w:rFonts w:ascii="Arial" w:hAnsi="Arial" w:eastAsia="Arial" w:cs="Arial"/>
                <w:color w:val="6B7280"/>
                <w:sz w:val="16"/>
              </w:rPr>
              <w:t xml:space="preserve">[your name] </w:t>
            </w:r>
            <w:r>
              <w:rPr>
                <w:rFonts w:ascii="Arial" w:hAnsi="Arial" w:eastAsia="Arial" w:cs="Arial"/>
                <w:color w:val="AEB8C4"/>
              </w:rPr>
              <w:tab/>
            </w:r>
          </w:p>
        </w:tc>
        <w:tc>
          <w:tcPr>
            <w:tcW w:type="dxa" w:w="5400"/>
          </w:tcPr>
          <w:p>
            <w:pPr>
              <w:spacing w:after="80" w:line="240" w:lineRule="auto"/>
            </w:pPr>
            <w:r>
              <w:rPr>
                <w:rFonts w:ascii="Arial" w:hAnsi="Arial" w:eastAsia="Arial" w:cs="Arial"/>
                <w:b/>
                <w:color w:val="1F2A44"/>
                <w:sz w:val="24"/>
              </w:rPr>
              <w:t>Phone call notes</w:t>
            </w:r>
          </w:p>
          <w:p>
            <w:pPr>
              <w:tabs>
                <w:tab w:pos="4464" w:val="right" w:leader="underscore"/>
              </w:tabs>
              <w:spacing w:before="0" w:after="0" w:lineRule="exact" w:line="520"/>
            </w:pPr>
            <w:r>
              <w:rPr>
                <w:rFonts w:ascii="Arial" w:hAnsi="Arial" w:eastAsia="Arial" w:cs="Arial"/>
                <w:b/>
                <w:sz w:val="20"/>
              </w:rPr>
              <w:t xml:space="preserve">Date and time: </w:t>
            </w:r>
            <w:r>
              <w:rPr>
                <w:rFonts w:ascii="Arial" w:hAnsi="Arial" w:eastAsia="Arial" w:cs="Arial"/>
                <w:color w:val="6B7280"/>
                <w:sz w:val="16"/>
              </w:rPr>
              <w:t xml:space="preserve">[Month D, YYYY], [time] </w:t>
            </w:r>
            <w:r>
              <w:rPr>
                <w:rFonts w:ascii="Arial" w:hAnsi="Arial" w:eastAsia="Arial" w:cs="Arial"/>
                <w:color w:val="AEB8C4"/>
              </w:rPr>
              <w:tab/>
            </w:r>
          </w:p>
          <w:p>
            <w:pPr>
              <w:tabs>
                <w:tab w:pos="4464" w:val="right" w:leader="underscore"/>
              </w:tabs>
              <w:spacing w:before="0" w:after="0" w:lineRule="exact" w:line="520"/>
            </w:pPr>
            <w:r>
              <w:rPr>
                <w:rFonts w:ascii="Arial" w:hAnsi="Arial" w:eastAsia="Arial" w:cs="Arial"/>
                <w:b/>
                <w:sz w:val="20"/>
              </w:rPr>
              <w:t xml:space="preserve">Caller: </w:t>
            </w:r>
            <w:r>
              <w:rPr>
                <w:rFonts w:ascii="Arial" w:hAnsi="Arial" w:eastAsia="Arial" w:cs="Arial"/>
                <w:color w:val="6B7280"/>
                <w:sz w:val="16"/>
              </w:rPr>
              <w:t xml:space="preserve">[name, company] </w:t>
            </w:r>
            <w:r>
              <w:rPr>
                <w:rFonts w:ascii="Arial" w:hAnsi="Arial" w:eastAsia="Arial" w:cs="Arial"/>
                <w:color w:val="AEB8C4"/>
              </w:rPr>
              <w:tab/>
            </w:r>
          </w:p>
          <w:p>
            <w:pPr>
              <w:tabs>
                <w:tab w:pos="4464" w:val="right" w:leader="underscore"/>
              </w:tabs>
              <w:spacing w:before="0" w:after="0" w:lineRule="exact" w:line="520"/>
            </w:pPr>
            <w:r>
              <w:rPr>
                <w:rFonts w:ascii="Arial" w:hAnsi="Arial" w:eastAsia="Arial" w:cs="Arial"/>
                <w:b/>
                <w:sz w:val="20"/>
              </w:rPr>
              <w:t xml:space="preserve">Number: </w:t>
            </w:r>
            <w:r>
              <w:rPr>
                <w:rFonts w:ascii="Arial" w:hAnsi="Arial" w:eastAsia="Arial" w:cs="Arial"/>
                <w:color w:val="6B7280"/>
                <w:sz w:val="16"/>
              </w:rPr>
              <w:t xml:space="preserve">[phone number] </w:t>
            </w:r>
            <w:r>
              <w:rPr>
                <w:rFonts w:ascii="Arial" w:hAnsi="Arial" w:eastAsia="Arial" w:cs="Arial"/>
                <w:color w:val="AEB8C4"/>
              </w:rPr>
              <w:tab/>
            </w:r>
          </w:p>
          <w:p>
            <w:pPr>
              <w:tabs>
                <w:tab w:pos="4464" w:val="right" w:leader="underscore"/>
              </w:tabs>
              <w:spacing w:before="0" w:after="0" w:lineRule="exact" w:line="520"/>
            </w:pPr>
            <w:r>
              <w:rPr>
                <w:rFonts w:ascii="Arial" w:hAnsi="Arial" w:eastAsia="Arial" w:cs="Arial"/>
                <w:b/>
                <w:sz w:val="20"/>
              </w:rPr>
              <w:t xml:space="preserve">Reason for the call: </w:t>
            </w:r>
            <w:r>
              <w:rPr>
                <w:rFonts w:ascii="Arial" w:hAnsi="Arial" w:eastAsia="Arial" w:cs="Arial"/>
                <w:color w:val="6B7280"/>
                <w:sz w:val="16"/>
              </w:rPr>
              <w:t xml:space="preserve">[one line] </w:t>
            </w:r>
            <w:r>
              <w:rPr>
                <w:rFonts w:ascii="Arial" w:hAnsi="Arial" w:eastAsia="Arial" w:cs="Arial"/>
                <w:color w:val="AEB8C4"/>
              </w:rPr>
              <w:tab/>
            </w:r>
          </w:p>
          <w:p>
            <w:pPr>
              <w:tabs>
                <w:tab w:pos="4464" w:val="right" w:leader="underscore"/>
              </w:tabs>
              <w:spacing w:before="0" w:after="0" w:lineRule="exact" w:line="520"/>
            </w:pPr>
            <w:r>
              <w:rPr>
                <w:rFonts w:ascii="Arial" w:hAnsi="Arial" w:eastAsia="Arial" w:cs="Arial"/>
                <w:b/>
                <w:sz w:val="20"/>
              </w:rPr>
              <w:t xml:space="preserve">Message: </w:t>
            </w:r>
            <w:r>
              <w:rPr>
                <w:rFonts w:ascii="Arial" w:hAnsi="Arial" w:eastAsia="Arial" w:cs="Arial"/>
                <w:color w:val="6B7280"/>
                <w:sz w:val="16"/>
              </w:rPr>
              <w:t xml:space="preserve">[what they need] </w:t>
            </w:r>
            <w:r>
              <w:rPr>
                <w:rFonts w:ascii="Arial" w:hAnsi="Arial" w:eastAsia="Arial" w:cs="Arial"/>
                <w:color w:val="AEB8C4"/>
              </w:rPr>
              <w:tab/>
            </w:r>
          </w:p>
          <w:p>
            <w:pPr>
              <w:tabs>
                <w:tab w:pos="4464" w:val="right" w:leader="underscore"/>
              </w:tabs>
              <w:spacing w:before="0" w:after="0" w:lineRule="exact" w:line="520"/>
            </w:pPr>
            <w:r>
              <w:rPr>
                <w:rFonts w:ascii="Arial" w:hAnsi="Arial" w:eastAsia="Arial" w:cs="Arial"/>
                <w:color w:val="AEB8C4"/>
              </w:rPr>
              <w:tab/>
            </w:r>
          </w:p>
          <w:p>
            <w:pPr>
              <w:tabs>
                <w:tab w:pos="4464" w:val="right" w:leader="underscore"/>
              </w:tabs>
              <w:spacing w:before="0" w:after="0" w:lineRule="exact" w:line="520"/>
            </w:pPr>
            <w:r>
              <w:rPr>
                <w:rFonts w:ascii="Arial" w:hAnsi="Arial" w:eastAsia="Arial" w:cs="Arial"/>
                <w:color w:val="AEB8C4"/>
              </w:rPr>
              <w:tab/>
            </w:r>
          </w:p>
          <w:p>
            <w:pPr>
              <w:tabs>
                <w:tab w:pos="4464" w:val="right" w:leader="underscore"/>
              </w:tabs>
              <w:spacing w:before="0" w:after="0" w:lineRule="exact" w:line="520"/>
            </w:pPr>
            <w:r>
              <w:rPr>
                <w:rFonts w:ascii="Arial" w:hAnsi="Arial" w:eastAsia="Arial" w:cs="Arial"/>
                <w:color w:val="AEB8C4"/>
              </w:rPr>
              <w:tab/>
            </w:r>
          </w:p>
          <w:p>
            <w:pPr>
              <w:tabs>
                <w:tab w:pos="4464" w:val="right" w:leader="underscore"/>
              </w:tabs>
              <w:spacing w:before="0" w:after="0" w:lineRule="exact" w:line="520"/>
            </w:pPr>
            <w:r>
              <w:rPr>
                <w:rFonts w:ascii="Arial" w:hAnsi="Arial" w:eastAsia="Arial" w:cs="Arial"/>
                <w:color w:val="AEB8C4"/>
              </w:rPr>
              <w:tab/>
            </w:r>
          </w:p>
          <w:p>
            <w:pPr>
              <w:tabs>
                <w:tab w:pos="4464" w:val="right" w:leader="underscore"/>
              </w:tabs>
              <w:spacing w:before="0" w:after="0" w:lineRule="exact" w:line="520"/>
            </w:pPr>
            <w:r>
              <w:rPr>
                <w:rFonts w:ascii="Arial" w:hAnsi="Arial" w:eastAsia="Arial" w:cs="Arial"/>
                <w:b/>
                <w:sz w:val="20"/>
              </w:rPr>
              <w:t xml:space="preserve">Call back by: </w:t>
            </w:r>
            <w:r>
              <w:rPr>
                <w:rFonts w:ascii="Arial" w:hAnsi="Arial" w:eastAsia="Arial" w:cs="Arial"/>
                <w:color w:val="6B7280"/>
                <w:sz w:val="16"/>
              </w:rPr>
              <w:t xml:space="preserve">[day and time] </w:t>
            </w:r>
            <w:r>
              <w:rPr>
                <w:rFonts w:ascii="Arial" w:hAnsi="Arial" w:eastAsia="Arial" w:cs="Arial"/>
                <w:color w:val="AEB8C4"/>
              </w:rPr>
              <w:tab/>
            </w:r>
          </w:p>
          <w:p>
            <w:pPr>
              <w:tabs>
                <w:tab w:pos="4464" w:val="right" w:leader="underscore"/>
              </w:tabs>
              <w:spacing w:before="0" w:after="0" w:lineRule="exact" w:line="520"/>
            </w:pPr>
            <w:r>
              <w:rPr>
                <w:rFonts w:ascii="Arial" w:hAnsi="Arial" w:eastAsia="Arial" w:cs="Arial"/>
                <w:b/>
                <w:sz w:val="20"/>
              </w:rPr>
              <w:t xml:space="preserve">Taken by: </w:t>
            </w:r>
            <w:r>
              <w:rPr>
                <w:rFonts w:ascii="Arial" w:hAnsi="Arial" w:eastAsia="Arial" w:cs="Arial"/>
                <w:color w:val="6B7280"/>
                <w:sz w:val="16"/>
              </w:rPr>
              <w:t xml:space="preserve">[your name] </w:t>
            </w:r>
            <w:r>
              <w:rPr>
                <w:rFonts w:ascii="Arial" w:hAnsi="Arial" w:eastAsia="Arial" w:cs="Arial"/>
                <w:color w:val="AEB8C4"/>
              </w:rPr>
              <w:tab/>
            </w:r>
          </w:p>
        </w:tc>
      </w:tr>
    </w:tbl>
    <w:p>
      <w:pPr>
        <w:spacing w:before="0" w:after="0" w:lineRule="exact" w:line="20"/>
      </w:pPr>
      <w:r>
        <w:br w:type="page"/>
      </w: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dashed" w:sz="6" w:space="0" w:color="AEB8C4"/>
          <w:insideV w:val="dashed" w:sz="6" w:space="0" w:color="AEB8C4"/>
        </w:tblBorders>
        <w:tblLayout w:type="fixed"/>
        <w:tblCellMar>
          <w:top w:w="360" w:type="dxa"/>
          <w:left w:w="432" w:type="dxa"/>
          <w:bottom w:w="0" w:type="dxa"/>
          <w:right w:w="432" w:type="dxa"/>
        </w:tblCellMar>
        <w:tblLook w:firstColumn="1" w:firstRow="1" w:lastColumn="0" w:lastRow="0" w:noHBand="0" w:noVBand="1" w:val="04A0"/>
      </w:tblPr>
      <w:tblGrid>
        <w:gridCol w:w="5400"/>
        <w:gridCol w:w="5400"/>
      </w:tblGrid>
      <w:tr>
        <w:trPr>
          <w:trHeight w:val="7056" w:hRule="exact"/>
          <w:cantSplit/>
        </w:trPr>
        <w:tc>
          <w:tcPr>
            <w:tcW w:type="dxa" w:w="5400"/>
          </w:tcPr>
          <w:p>
            <w:pPr>
              <w:spacing w:after="80" w:line="240" w:lineRule="auto"/>
            </w:pPr>
            <w:r>
              <w:rPr>
                <w:rFonts w:ascii="Arial" w:hAnsi="Arial" w:eastAsia="Arial" w:cs="Arial"/>
                <w:b/>
                <w:color w:val="1F2A44"/>
                <w:sz w:val="24"/>
              </w:rPr>
              <w:t>Phone call notes · support line</w:t>
            </w:r>
          </w:p>
          <w:p>
            <w:pPr>
              <w:tabs>
                <w:tab w:pos="4464" w:val="right" w:leader="underscore"/>
              </w:tabs>
              <w:spacing w:before="0" w:after="0" w:lineRule="exact" w:line="460"/>
            </w:pPr>
            <w:r>
              <w:rPr>
                <w:rFonts w:ascii="Arial" w:hAnsi="Arial" w:eastAsia="Arial" w:cs="Arial"/>
                <w:b/>
                <w:sz w:val="20"/>
              </w:rPr>
              <w:t xml:space="preserve">Date and time: </w:t>
            </w:r>
            <w:r>
              <w:rPr>
                <w:rFonts w:ascii="Arial" w:hAnsi="Arial" w:eastAsia="Arial" w:cs="Arial"/>
                <w:color w:val="6B7280"/>
                <w:sz w:val="16"/>
              </w:rPr>
              <w:t xml:space="preserve">[Month D, YYYY], [time] </w:t>
            </w:r>
            <w:r>
              <w:rPr>
                <w:rFonts w:ascii="Arial" w:hAnsi="Arial" w:eastAsia="Arial" w:cs="Arial"/>
                <w:color w:val="AEB8C4"/>
              </w:rPr>
              <w:tab/>
            </w:r>
          </w:p>
          <w:p>
            <w:pPr>
              <w:tabs>
                <w:tab w:pos="4464" w:val="right" w:leader="underscore"/>
              </w:tabs>
              <w:spacing w:before="0" w:after="0" w:lineRule="exact" w:line="460"/>
            </w:pPr>
            <w:r>
              <w:rPr>
                <w:rFonts w:ascii="Arial" w:hAnsi="Arial" w:eastAsia="Arial" w:cs="Arial"/>
                <w:b/>
                <w:sz w:val="20"/>
              </w:rPr>
              <w:t xml:space="preserve">Caller: </w:t>
            </w:r>
            <w:r>
              <w:rPr>
                <w:rFonts w:ascii="Arial" w:hAnsi="Arial" w:eastAsia="Arial" w:cs="Arial"/>
                <w:color w:val="6B7280"/>
                <w:sz w:val="16"/>
              </w:rPr>
              <w:t xml:space="preserve">[name, company] </w:t>
            </w:r>
            <w:r>
              <w:rPr>
                <w:rFonts w:ascii="Arial" w:hAnsi="Arial" w:eastAsia="Arial" w:cs="Arial"/>
                <w:color w:val="AEB8C4"/>
              </w:rPr>
              <w:tab/>
            </w:r>
          </w:p>
          <w:p>
            <w:pPr>
              <w:tabs>
                <w:tab w:pos="4464" w:val="right" w:leader="underscore"/>
              </w:tabs>
              <w:spacing w:before="0" w:after="0" w:lineRule="exact" w:line="460"/>
            </w:pPr>
            <w:r>
              <w:rPr>
                <w:rFonts w:ascii="Arial" w:hAnsi="Arial" w:eastAsia="Arial" w:cs="Arial"/>
                <w:b/>
                <w:sz w:val="20"/>
              </w:rPr>
              <w:t xml:space="preserve">Number: </w:t>
            </w:r>
            <w:r>
              <w:rPr>
                <w:rFonts w:ascii="Arial" w:hAnsi="Arial" w:eastAsia="Arial" w:cs="Arial"/>
                <w:color w:val="6B7280"/>
                <w:sz w:val="16"/>
              </w:rPr>
              <w:t xml:space="preserve">[phone number] </w:t>
            </w:r>
            <w:r>
              <w:rPr>
                <w:rFonts w:ascii="Arial" w:hAnsi="Arial" w:eastAsia="Arial" w:cs="Arial"/>
                <w:color w:val="AEB8C4"/>
              </w:rPr>
              <w:tab/>
            </w:r>
          </w:p>
          <w:p>
            <w:pPr>
              <w:tabs>
                <w:tab w:pos="4464" w:val="right" w:leader="underscore"/>
              </w:tabs>
              <w:spacing w:before="0" w:after="0" w:lineRule="exact" w:line="460"/>
            </w:pPr>
            <w:r>
              <w:rPr>
                <w:rFonts w:ascii="Arial" w:hAnsi="Arial" w:eastAsia="Arial" w:cs="Arial"/>
                <w:b/>
                <w:sz w:val="20"/>
              </w:rPr>
              <w:t xml:space="preserve">Ticket ID: </w:t>
            </w:r>
            <w:r>
              <w:rPr>
                <w:rFonts w:ascii="Arial" w:hAnsi="Arial" w:eastAsia="Arial" w:cs="Arial"/>
                <w:color w:val="AEB8C4"/>
              </w:rPr>
              <w:tab/>
            </w:r>
          </w:p>
          <w:p>
            <w:pPr>
              <w:tabs>
                <w:tab w:pos="4464" w:val="right" w:leader="underscore"/>
              </w:tabs>
              <w:spacing w:before="0" w:after="0" w:lineRule="exact" w:line="460"/>
            </w:pPr>
            <w:r>
              <w:rPr>
                <w:rFonts w:ascii="Arial" w:hAnsi="Arial" w:eastAsia="Arial" w:cs="Arial"/>
                <w:b/>
                <w:sz w:val="20"/>
              </w:rPr>
              <w:t xml:space="preserve">Reason for the call: </w:t>
            </w:r>
            <w:r>
              <w:rPr>
                <w:rFonts w:ascii="Arial" w:hAnsi="Arial" w:eastAsia="Arial" w:cs="Arial"/>
                <w:color w:val="6B7280"/>
                <w:sz w:val="16"/>
              </w:rPr>
              <w:t xml:space="preserve">[one line] </w:t>
            </w:r>
            <w:r>
              <w:rPr>
                <w:rFonts w:ascii="Arial" w:hAnsi="Arial" w:eastAsia="Arial" w:cs="Arial"/>
                <w:color w:val="AEB8C4"/>
              </w:rPr>
              <w:tab/>
            </w:r>
          </w:p>
          <w:p>
            <w:pPr>
              <w:tabs>
                <w:tab w:pos="4464" w:val="right" w:leader="underscore"/>
              </w:tabs>
              <w:spacing w:before="0" w:after="0" w:lineRule="exact" w:line="460"/>
            </w:pPr>
            <w:r>
              <w:rPr>
                <w:rFonts w:ascii="Arial" w:hAnsi="Arial" w:eastAsia="Arial" w:cs="Arial"/>
                <w:b/>
                <w:sz w:val="20"/>
              </w:rPr>
              <w:t xml:space="preserve">Message: </w:t>
            </w:r>
            <w:r>
              <w:rPr>
                <w:rFonts w:ascii="Arial" w:hAnsi="Arial" w:eastAsia="Arial" w:cs="Arial"/>
                <w:color w:val="6B7280"/>
                <w:sz w:val="16"/>
              </w:rPr>
              <w:t xml:space="preserve">[what they need] </w:t>
            </w:r>
            <w:r>
              <w:rPr>
                <w:rFonts w:ascii="Arial" w:hAnsi="Arial" w:eastAsia="Arial" w:cs="Arial"/>
                <w:color w:val="AEB8C4"/>
              </w:rPr>
              <w:tab/>
            </w:r>
          </w:p>
          <w:p>
            <w:pPr>
              <w:tabs>
                <w:tab w:pos="4464" w:val="right" w:leader="underscore"/>
              </w:tabs>
              <w:spacing w:before="0" w:after="0" w:lineRule="exact" w:line="460"/>
            </w:pPr>
            <w:r>
              <w:rPr>
                <w:rFonts w:ascii="Arial" w:hAnsi="Arial" w:eastAsia="Arial" w:cs="Arial"/>
                <w:color w:val="AEB8C4"/>
              </w:rPr>
              <w:tab/>
            </w:r>
          </w:p>
          <w:p>
            <w:pPr>
              <w:tabs>
                <w:tab w:pos="4464" w:val="right" w:leader="underscore"/>
              </w:tabs>
              <w:spacing w:before="0" w:after="0" w:lineRule="exact" w:line="460"/>
            </w:pPr>
            <w:r>
              <w:rPr>
                <w:rFonts w:ascii="Arial" w:hAnsi="Arial" w:eastAsia="Arial" w:cs="Arial"/>
                <w:color w:val="AEB8C4"/>
              </w:rPr>
              <w:tab/>
            </w:r>
          </w:p>
          <w:p>
            <w:pPr>
              <w:tabs>
                <w:tab w:pos="4464" w:val="right" w:leader="underscore"/>
              </w:tabs>
              <w:spacing w:before="0" w:after="0" w:lineRule="exact" w:line="460"/>
            </w:pPr>
            <w:r>
              <w:rPr>
                <w:rFonts w:ascii="Arial" w:hAnsi="Arial" w:eastAsia="Arial" w:cs="Arial"/>
                <w:b/>
                <w:sz w:val="20"/>
              </w:rPr>
              <w:t xml:space="preserve">Resolution: </w:t>
            </w:r>
            <w:r>
              <w:rPr>
                <w:rFonts w:ascii="Arial" w:hAnsi="Arial" w:eastAsia="Arial" w:cs="Arial"/>
                <w:color w:val="AEB8C4"/>
              </w:rPr>
              <w:tab/>
            </w:r>
          </w:p>
          <w:p>
            <w:pPr>
              <w:tabs>
                <w:tab w:pos="4464" w:val="right" w:leader="underscore"/>
              </w:tabs>
              <w:spacing w:before="0" w:after="0" w:lineRule="exact" w:line="460"/>
            </w:pPr>
            <w:r>
              <w:rPr>
                <w:rFonts w:ascii="Arial" w:hAnsi="Arial" w:eastAsia="Arial" w:cs="Arial"/>
                <w:color w:val="AEB8C4"/>
              </w:rPr>
              <w:tab/>
            </w:r>
          </w:p>
          <w:p>
            <w:pPr>
              <w:tabs>
                <w:tab w:pos="4464" w:val="right" w:leader="underscore"/>
              </w:tabs>
              <w:spacing w:before="0" w:after="0" w:lineRule="exact" w:line="460"/>
            </w:pPr>
            <w:r>
              <w:rPr>
                <w:rFonts w:ascii="Arial" w:hAnsi="Arial" w:eastAsia="Arial" w:cs="Arial"/>
                <w:color w:val="AEB8C4"/>
              </w:rPr>
              <w:tab/>
            </w:r>
          </w:p>
          <w:p>
            <w:pPr>
              <w:tabs>
                <w:tab w:pos="4464" w:val="right" w:leader="underscore"/>
              </w:tabs>
              <w:spacing w:before="0" w:after="0" w:lineRule="exact" w:line="460"/>
            </w:pPr>
            <w:r>
              <w:rPr>
                <w:rFonts w:ascii="Arial" w:hAnsi="Arial" w:eastAsia="Arial" w:cs="Arial"/>
                <w:b/>
                <w:sz w:val="20"/>
              </w:rPr>
              <w:t xml:space="preserve">Call back by: </w:t>
            </w:r>
            <w:r>
              <w:rPr>
                <w:rFonts w:ascii="Arial" w:hAnsi="Arial" w:eastAsia="Arial" w:cs="Arial"/>
                <w:color w:val="6B7280"/>
                <w:sz w:val="16"/>
              </w:rPr>
              <w:t xml:space="preserve">[day and time] </w:t>
            </w:r>
            <w:r>
              <w:rPr>
                <w:rFonts w:ascii="Arial" w:hAnsi="Arial" w:eastAsia="Arial" w:cs="Arial"/>
                <w:color w:val="AEB8C4"/>
              </w:rPr>
              <w:tab/>
            </w:r>
          </w:p>
          <w:p>
            <w:pPr>
              <w:tabs>
                <w:tab w:pos="4464" w:val="right" w:leader="underscore"/>
              </w:tabs>
              <w:spacing w:before="0" w:after="0" w:lineRule="exact" w:line="460"/>
            </w:pPr>
            <w:r>
              <w:rPr>
                <w:rFonts w:ascii="Arial" w:hAnsi="Arial" w:eastAsia="Arial" w:cs="Arial"/>
                <w:b/>
                <w:sz w:val="20"/>
              </w:rPr>
              <w:t xml:space="preserve">Taken by: </w:t>
            </w:r>
            <w:r>
              <w:rPr>
                <w:rFonts w:ascii="Arial" w:hAnsi="Arial" w:eastAsia="Arial" w:cs="Arial"/>
                <w:color w:val="6B7280"/>
                <w:sz w:val="16"/>
              </w:rPr>
              <w:t xml:space="preserve">[your name] </w:t>
            </w:r>
            <w:r>
              <w:rPr>
                <w:rFonts w:ascii="Arial" w:hAnsi="Arial" w:eastAsia="Arial" w:cs="Arial"/>
                <w:color w:val="AEB8C4"/>
              </w:rPr>
              <w:tab/>
            </w:r>
          </w:p>
        </w:tc>
        <w:tc>
          <w:tcPr>
            <w:tcW w:type="dxa" w:w="5400"/>
          </w:tcPr>
          <w:p>
            <w:pPr>
              <w:spacing w:after="80" w:line="240" w:lineRule="auto"/>
            </w:pPr>
            <w:r>
              <w:rPr>
                <w:rFonts w:ascii="Arial" w:hAnsi="Arial" w:eastAsia="Arial" w:cs="Arial"/>
                <w:b/>
                <w:color w:val="1F2A44"/>
                <w:sz w:val="24"/>
              </w:rPr>
              <w:t>Phone call notes · support line</w:t>
            </w:r>
          </w:p>
          <w:p>
            <w:pPr>
              <w:tabs>
                <w:tab w:pos="4464" w:val="right" w:leader="underscore"/>
              </w:tabs>
              <w:spacing w:before="0" w:after="0" w:lineRule="exact" w:line="460"/>
            </w:pPr>
            <w:r>
              <w:rPr>
                <w:rFonts w:ascii="Arial" w:hAnsi="Arial" w:eastAsia="Arial" w:cs="Arial"/>
                <w:b/>
                <w:sz w:val="20"/>
              </w:rPr>
              <w:t xml:space="preserve">Date and time: </w:t>
            </w:r>
            <w:r>
              <w:rPr>
                <w:rFonts w:ascii="Arial" w:hAnsi="Arial" w:eastAsia="Arial" w:cs="Arial"/>
                <w:color w:val="6B7280"/>
                <w:sz w:val="16"/>
              </w:rPr>
              <w:t xml:space="preserve">[Month D, YYYY], [time] </w:t>
            </w:r>
            <w:r>
              <w:rPr>
                <w:rFonts w:ascii="Arial" w:hAnsi="Arial" w:eastAsia="Arial" w:cs="Arial"/>
                <w:color w:val="AEB8C4"/>
              </w:rPr>
              <w:tab/>
            </w:r>
          </w:p>
          <w:p>
            <w:pPr>
              <w:tabs>
                <w:tab w:pos="4464" w:val="right" w:leader="underscore"/>
              </w:tabs>
              <w:spacing w:before="0" w:after="0" w:lineRule="exact" w:line="460"/>
            </w:pPr>
            <w:r>
              <w:rPr>
                <w:rFonts w:ascii="Arial" w:hAnsi="Arial" w:eastAsia="Arial" w:cs="Arial"/>
                <w:b/>
                <w:sz w:val="20"/>
              </w:rPr>
              <w:t xml:space="preserve">Caller: </w:t>
            </w:r>
            <w:r>
              <w:rPr>
                <w:rFonts w:ascii="Arial" w:hAnsi="Arial" w:eastAsia="Arial" w:cs="Arial"/>
                <w:color w:val="6B7280"/>
                <w:sz w:val="16"/>
              </w:rPr>
              <w:t xml:space="preserve">[name, company] </w:t>
            </w:r>
            <w:r>
              <w:rPr>
                <w:rFonts w:ascii="Arial" w:hAnsi="Arial" w:eastAsia="Arial" w:cs="Arial"/>
                <w:color w:val="AEB8C4"/>
              </w:rPr>
              <w:tab/>
            </w:r>
          </w:p>
          <w:p>
            <w:pPr>
              <w:tabs>
                <w:tab w:pos="4464" w:val="right" w:leader="underscore"/>
              </w:tabs>
              <w:spacing w:before="0" w:after="0" w:lineRule="exact" w:line="460"/>
            </w:pPr>
            <w:r>
              <w:rPr>
                <w:rFonts w:ascii="Arial" w:hAnsi="Arial" w:eastAsia="Arial" w:cs="Arial"/>
                <w:b/>
                <w:sz w:val="20"/>
              </w:rPr>
              <w:t xml:space="preserve">Number: </w:t>
            </w:r>
            <w:r>
              <w:rPr>
                <w:rFonts w:ascii="Arial" w:hAnsi="Arial" w:eastAsia="Arial" w:cs="Arial"/>
                <w:color w:val="6B7280"/>
                <w:sz w:val="16"/>
              </w:rPr>
              <w:t xml:space="preserve">[phone number] </w:t>
            </w:r>
            <w:r>
              <w:rPr>
                <w:rFonts w:ascii="Arial" w:hAnsi="Arial" w:eastAsia="Arial" w:cs="Arial"/>
                <w:color w:val="AEB8C4"/>
              </w:rPr>
              <w:tab/>
            </w:r>
          </w:p>
          <w:p>
            <w:pPr>
              <w:tabs>
                <w:tab w:pos="4464" w:val="right" w:leader="underscore"/>
              </w:tabs>
              <w:spacing w:before="0" w:after="0" w:lineRule="exact" w:line="460"/>
            </w:pPr>
            <w:r>
              <w:rPr>
                <w:rFonts w:ascii="Arial" w:hAnsi="Arial" w:eastAsia="Arial" w:cs="Arial"/>
                <w:b/>
                <w:sz w:val="20"/>
              </w:rPr>
              <w:t xml:space="preserve">Ticket ID: </w:t>
            </w:r>
            <w:r>
              <w:rPr>
                <w:rFonts w:ascii="Arial" w:hAnsi="Arial" w:eastAsia="Arial" w:cs="Arial"/>
                <w:color w:val="AEB8C4"/>
              </w:rPr>
              <w:tab/>
            </w:r>
          </w:p>
          <w:p>
            <w:pPr>
              <w:tabs>
                <w:tab w:pos="4464" w:val="right" w:leader="underscore"/>
              </w:tabs>
              <w:spacing w:before="0" w:after="0" w:lineRule="exact" w:line="460"/>
            </w:pPr>
            <w:r>
              <w:rPr>
                <w:rFonts w:ascii="Arial" w:hAnsi="Arial" w:eastAsia="Arial" w:cs="Arial"/>
                <w:b/>
                <w:sz w:val="20"/>
              </w:rPr>
              <w:t xml:space="preserve">Reason for the call: </w:t>
            </w:r>
            <w:r>
              <w:rPr>
                <w:rFonts w:ascii="Arial" w:hAnsi="Arial" w:eastAsia="Arial" w:cs="Arial"/>
                <w:color w:val="6B7280"/>
                <w:sz w:val="16"/>
              </w:rPr>
              <w:t xml:space="preserve">[one line] </w:t>
            </w:r>
            <w:r>
              <w:rPr>
                <w:rFonts w:ascii="Arial" w:hAnsi="Arial" w:eastAsia="Arial" w:cs="Arial"/>
                <w:color w:val="AEB8C4"/>
              </w:rPr>
              <w:tab/>
            </w:r>
          </w:p>
          <w:p>
            <w:pPr>
              <w:tabs>
                <w:tab w:pos="4464" w:val="right" w:leader="underscore"/>
              </w:tabs>
              <w:spacing w:before="0" w:after="0" w:lineRule="exact" w:line="460"/>
            </w:pPr>
            <w:r>
              <w:rPr>
                <w:rFonts w:ascii="Arial" w:hAnsi="Arial" w:eastAsia="Arial" w:cs="Arial"/>
                <w:b/>
                <w:sz w:val="20"/>
              </w:rPr>
              <w:t xml:space="preserve">Message: </w:t>
            </w:r>
            <w:r>
              <w:rPr>
                <w:rFonts w:ascii="Arial" w:hAnsi="Arial" w:eastAsia="Arial" w:cs="Arial"/>
                <w:color w:val="6B7280"/>
                <w:sz w:val="16"/>
              </w:rPr>
              <w:t xml:space="preserve">[what they need] </w:t>
            </w:r>
            <w:r>
              <w:rPr>
                <w:rFonts w:ascii="Arial" w:hAnsi="Arial" w:eastAsia="Arial" w:cs="Arial"/>
                <w:color w:val="AEB8C4"/>
              </w:rPr>
              <w:tab/>
            </w:r>
          </w:p>
          <w:p>
            <w:pPr>
              <w:tabs>
                <w:tab w:pos="4464" w:val="right" w:leader="underscore"/>
              </w:tabs>
              <w:spacing w:before="0" w:after="0" w:lineRule="exact" w:line="460"/>
            </w:pPr>
            <w:r>
              <w:rPr>
                <w:rFonts w:ascii="Arial" w:hAnsi="Arial" w:eastAsia="Arial" w:cs="Arial"/>
                <w:color w:val="AEB8C4"/>
              </w:rPr>
              <w:tab/>
            </w:r>
          </w:p>
          <w:p>
            <w:pPr>
              <w:tabs>
                <w:tab w:pos="4464" w:val="right" w:leader="underscore"/>
              </w:tabs>
              <w:spacing w:before="0" w:after="0" w:lineRule="exact" w:line="460"/>
            </w:pPr>
            <w:r>
              <w:rPr>
                <w:rFonts w:ascii="Arial" w:hAnsi="Arial" w:eastAsia="Arial" w:cs="Arial"/>
                <w:color w:val="AEB8C4"/>
              </w:rPr>
              <w:tab/>
            </w:r>
          </w:p>
          <w:p>
            <w:pPr>
              <w:tabs>
                <w:tab w:pos="4464" w:val="right" w:leader="underscore"/>
              </w:tabs>
              <w:spacing w:before="0" w:after="0" w:lineRule="exact" w:line="460"/>
            </w:pPr>
            <w:r>
              <w:rPr>
                <w:rFonts w:ascii="Arial" w:hAnsi="Arial" w:eastAsia="Arial" w:cs="Arial"/>
                <w:b/>
                <w:sz w:val="20"/>
              </w:rPr>
              <w:t xml:space="preserve">Resolution: </w:t>
            </w:r>
            <w:r>
              <w:rPr>
                <w:rFonts w:ascii="Arial" w:hAnsi="Arial" w:eastAsia="Arial" w:cs="Arial"/>
                <w:color w:val="AEB8C4"/>
              </w:rPr>
              <w:tab/>
            </w:r>
          </w:p>
          <w:p>
            <w:pPr>
              <w:tabs>
                <w:tab w:pos="4464" w:val="right" w:leader="underscore"/>
              </w:tabs>
              <w:spacing w:before="0" w:after="0" w:lineRule="exact" w:line="460"/>
            </w:pPr>
            <w:r>
              <w:rPr>
                <w:rFonts w:ascii="Arial" w:hAnsi="Arial" w:eastAsia="Arial" w:cs="Arial"/>
                <w:color w:val="AEB8C4"/>
              </w:rPr>
              <w:tab/>
            </w:r>
          </w:p>
          <w:p>
            <w:pPr>
              <w:tabs>
                <w:tab w:pos="4464" w:val="right" w:leader="underscore"/>
              </w:tabs>
              <w:spacing w:before="0" w:after="0" w:lineRule="exact" w:line="460"/>
            </w:pPr>
            <w:r>
              <w:rPr>
                <w:rFonts w:ascii="Arial" w:hAnsi="Arial" w:eastAsia="Arial" w:cs="Arial"/>
                <w:color w:val="AEB8C4"/>
              </w:rPr>
              <w:tab/>
            </w:r>
          </w:p>
          <w:p>
            <w:pPr>
              <w:tabs>
                <w:tab w:pos="4464" w:val="right" w:leader="underscore"/>
              </w:tabs>
              <w:spacing w:before="0" w:after="0" w:lineRule="exact" w:line="460"/>
            </w:pPr>
            <w:r>
              <w:rPr>
                <w:rFonts w:ascii="Arial" w:hAnsi="Arial" w:eastAsia="Arial" w:cs="Arial"/>
                <w:b/>
                <w:sz w:val="20"/>
              </w:rPr>
              <w:t xml:space="preserve">Call back by: </w:t>
            </w:r>
            <w:r>
              <w:rPr>
                <w:rFonts w:ascii="Arial" w:hAnsi="Arial" w:eastAsia="Arial" w:cs="Arial"/>
                <w:color w:val="6B7280"/>
                <w:sz w:val="16"/>
              </w:rPr>
              <w:t xml:space="preserve">[day and time] </w:t>
            </w:r>
            <w:r>
              <w:rPr>
                <w:rFonts w:ascii="Arial" w:hAnsi="Arial" w:eastAsia="Arial" w:cs="Arial"/>
                <w:color w:val="AEB8C4"/>
              </w:rPr>
              <w:tab/>
            </w:r>
          </w:p>
          <w:p>
            <w:pPr>
              <w:tabs>
                <w:tab w:pos="4464" w:val="right" w:leader="underscore"/>
              </w:tabs>
              <w:spacing w:before="0" w:after="0" w:lineRule="exact" w:line="460"/>
            </w:pPr>
            <w:r>
              <w:rPr>
                <w:rFonts w:ascii="Arial" w:hAnsi="Arial" w:eastAsia="Arial" w:cs="Arial"/>
                <w:b/>
                <w:sz w:val="20"/>
              </w:rPr>
              <w:t xml:space="preserve">Taken by: </w:t>
            </w:r>
            <w:r>
              <w:rPr>
                <w:rFonts w:ascii="Arial" w:hAnsi="Arial" w:eastAsia="Arial" w:cs="Arial"/>
                <w:color w:val="6B7280"/>
                <w:sz w:val="16"/>
              </w:rPr>
              <w:t xml:space="preserve">[your name] </w:t>
            </w:r>
            <w:r>
              <w:rPr>
                <w:rFonts w:ascii="Arial" w:hAnsi="Arial" w:eastAsia="Arial" w:cs="Arial"/>
                <w:color w:val="AEB8C4"/>
              </w:rPr>
              <w:tab/>
            </w:r>
          </w:p>
        </w:tc>
      </w:tr>
      <w:tr>
        <w:trPr>
          <w:trHeight w:val="7056" w:hRule="exact"/>
          <w:cantSplit/>
        </w:trPr>
        <w:tc>
          <w:tcPr>
            <w:tcW w:type="dxa" w:w="5400"/>
          </w:tcPr>
          <w:p>
            <w:pPr>
              <w:spacing w:after="80" w:line="240" w:lineRule="auto"/>
            </w:pPr>
            <w:r>
              <w:rPr>
                <w:rFonts w:ascii="Arial" w:hAnsi="Arial" w:eastAsia="Arial" w:cs="Arial"/>
                <w:b/>
                <w:color w:val="1F2A44"/>
                <w:sz w:val="24"/>
              </w:rPr>
              <w:t>Phone call notes · support line</w:t>
            </w:r>
          </w:p>
          <w:p>
            <w:pPr>
              <w:tabs>
                <w:tab w:pos="4464" w:val="right" w:leader="underscore"/>
              </w:tabs>
              <w:spacing w:before="0" w:after="0" w:lineRule="exact" w:line="460"/>
            </w:pPr>
            <w:r>
              <w:rPr>
                <w:rFonts w:ascii="Arial" w:hAnsi="Arial" w:eastAsia="Arial" w:cs="Arial"/>
                <w:b/>
                <w:sz w:val="20"/>
              </w:rPr>
              <w:t xml:space="preserve">Date and time: </w:t>
            </w:r>
            <w:r>
              <w:rPr>
                <w:rFonts w:ascii="Arial" w:hAnsi="Arial" w:eastAsia="Arial" w:cs="Arial"/>
                <w:color w:val="6B7280"/>
                <w:sz w:val="16"/>
              </w:rPr>
              <w:t xml:space="preserve">[Month D, YYYY], [time] </w:t>
            </w:r>
            <w:r>
              <w:rPr>
                <w:rFonts w:ascii="Arial" w:hAnsi="Arial" w:eastAsia="Arial" w:cs="Arial"/>
                <w:color w:val="AEB8C4"/>
              </w:rPr>
              <w:tab/>
            </w:r>
          </w:p>
          <w:p>
            <w:pPr>
              <w:tabs>
                <w:tab w:pos="4464" w:val="right" w:leader="underscore"/>
              </w:tabs>
              <w:spacing w:before="0" w:after="0" w:lineRule="exact" w:line="460"/>
            </w:pPr>
            <w:r>
              <w:rPr>
                <w:rFonts w:ascii="Arial" w:hAnsi="Arial" w:eastAsia="Arial" w:cs="Arial"/>
                <w:b/>
                <w:sz w:val="20"/>
              </w:rPr>
              <w:t xml:space="preserve">Caller: </w:t>
            </w:r>
            <w:r>
              <w:rPr>
                <w:rFonts w:ascii="Arial" w:hAnsi="Arial" w:eastAsia="Arial" w:cs="Arial"/>
                <w:color w:val="6B7280"/>
                <w:sz w:val="16"/>
              </w:rPr>
              <w:t xml:space="preserve">[name, company] </w:t>
            </w:r>
            <w:r>
              <w:rPr>
                <w:rFonts w:ascii="Arial" w:hAnsi="Arial" w:eastAsia="Arial" w:cs="Arial"/>
                <w:color w:val="AEB8C4"/>
              </w:rPr>
              <w:tab/>
            </w:r>
          </w:p>
          <w:p>
            <w:pPr>
              <w:tabs>
                <w:tab w:pos="4464" w:val="right" w:leader="underscore"/>
              </w:tabs>
              <w:spacing w:before="0" w:after="0" w:lineRule="exact" w:line="460"/>
            </w:pPr>
            <w:r>
              <w:rPr>
                <w:rFonts w:ascii="Arial" w:hAnsi="Arial" w:eastAsia="Arial" w:cs="Arial"/>
                <w:b/>
                <w:sz w:val="20"/>
              </w:rPr>
              <w:t xml:space="preserve">Number: </w:t>
            </w:r>
            <w:r>
              <w:rPr>
                <w:rFonts w:ascii="Arial" w:hAnsi="Arial" w:eastAsia="Arial" w:cs="Arial"/>
                <w:color w:val="6B7280"/>
                <w:sz w:val="16"/>
              </w:rPr>
              <w:t xml:space="preserve">[phone number] </w:t>
            </w:r>
            <w:r>
              <w:rPr>
                <w:rFonts w:ascii="Arial" w:hAnsi="Arial" w:eastAsia="Arial" w:cs="Arial"/>
                <w:color w:val="AEB8C4"/>
              </w:rPr>
              <w:tab/>
            </w:r>
          </w:p>
          <w:p>
            <w:pPr>
              <w:tabs>
                <w:tab w:pos="4464" w:val="right" w:leader="underscore"/>
              </w:tabs>
              <w:spacing w:before="0" w:after="0" w:lineRule="exact" w:line="460"/>
            </w:pPr>
            <w:r>
              <w:rPr>
                <w:rFonts w:ascii="Arial" w:hAnsi="Arial" w:eastAsia="Arial" w:cs="Arial"/>
                <w:b/>
                <w:sz w:val="20"/>
              </w:rPr>
              <w:t xml:space="preserve">Ticket ID: </w:t>
            </w:r>
            <w:r>
              <w:rPr>
                <w:rFonts w:ascii="Arial" w:hAnsi="Arial" w:eastAsia="Arial" w:cs="Arial"/>
                <w:color w:val="AEB8C4"/>
              </w:rPr>
              <w:tab/>
            </w:r>
          </w:p>
          <w:p>
            <w:pPr>
              <w:tabs>
                <w:tab w:pos="4464" w:val="right" w:leader="underscore"/>
              </w:tabs>
              <w:spacing w:before="0" w:after="0" w:lineRule="exact" w:line="460"/>
            </w:pPr>
            <w:r>
              <w:rPr>
                <w:rFonts w:ascii="Arial" w:hAnsi="Arial" w:eastAsia="Arial" w:cs="Arial"/>
                <w:b/>
                <w:sz w:val="20"/>
              </w:rPr>
              <w:t xml:space="preserve">Reason for the call: </w:t>
            </w:r>
            <w:r>
              <w:rPr>
                <w:rFonts w:ascii="Arial" w:hAnsi="Arial" w:eastAsia="Arial" w:cs="Arial"/>
                <w:color w:val="6B7280"/>
                <w:sz w:val="16"/>
              </w:rPr>
              <w:t xml:space="preserve">[one line] </w:t>
            </w:r>
            <w:r>
              <w:rPr>
                <w:rFonts w:ascii="Arial" w:hAnsi="Arial" w:eastAsia="Arial" w:cs="Arial"/>
                <w:color w:val="AEB8C4"/>
              </w:rPr>
              <w:tab/>
            </w:r>
          </w:p>
          <w:p>
            <w:pPr>
              <w:tabs>
                <w:tab w:pos="4464" w:val="right" w:leader="underscore"/>
              </w:tabs>
              <w:spacing w:before="0" w:after="0" w:lineRule="exact" w:line="460"/>
            </w:pPr>
            <w:r>
              <w:rPr>
                <w:rFonts w:ascii="Arial" w:hAnsi="Arial" w:eastAsia="Arial" w:cs="Arial"/>
                <w:b/>
                <w:sz w:val="20"/>
              </w:rPr>
              <w:t xml:space="preserve">Message: </w:t>
            </w:r>
            <w:r>
              <w:rPr>
                <w:rFonts w:ascii="Arial" w:hAnsi="Arial" w:eastAsia="Arial" w:cs="Arial"/>
                <w:color w:val="6B7280"/>
                <w:sz w:val="16"/>
              </w:rPr>
              <w:t xml:space="preserve">[what they need] </w:t>
            </w:r>
            <w:r>
              <w:rPr>
                <w:rFonts w:ascii="Arial" w:hAnsi="Arial" w:eastAsia="Arial" w:cs="Arial"/>
                <w:color w:val="AEB8C4"/>
              </w:rPr>
              <w:tab/>
            </w:r>
          </w:p>
          <w:p>
            <w:pPr>
              <w:tabs>
                <w:tab w:pos="4464" w:val="right" w:leader="underscore"/>
              </w:tabs>
              <w:spacing w:before="0" w:after="0" w:lineRule="exact" w:line="460"/>
            </w:pPr>
            <w:r>
              <w:rPr>
                <w:rFonts w:ascii="Arial" w:hAnsi="Arial" w:eastAsia="Arial" w:cs="Arial"/>
                <w:color w:val="AEB8C4"/>
              </w:rPr>
              <w:tab/>
            </w:r>
          </w:p>
          <w:p>
            <w:pPr>
              <w:tabs>
                <w:tab w:pos="4464" w:val="right" w:leader="underscore"/>
              </w:tabs>
              <w:spacing w:before="0" w:after="0" w:lineRule="exact" w:line="460"/>
            </w:pPr>
            <w:r>
              <w:rPr>
                <w:rFonts w:ascii="Arial" w:hAnsi="Arial" w:eastAsia="Arial" w:cs="Arial"/>
                <w:color w:val="AEB8C4"/>
              </w:rPr>
              <w:tab/>
            </w:r>
          </w:p>
          <w:p>
            <w:pPr>
              <w:tabs>
                <w:tab w:pos="4464" w:val="right" w:leader="underscore"/>
              </w:tabs>
              <w:spacing w:before="0" w:after="0" w:lineRule="exact" w:line="460"/>
            </w:pPr>
            <w:r>
              <w:rPr>
                <w:rFonts w:ascii="Arial" w:hAnsi="Arial" w:eastAsia="Arial" w:cs="Arial"/>
                <w:b/>
                <w:sz w:val="20"/>
              </w:rPr>
              <w:t xml:space="preserve">Resolution: </w:t>
            </w:r>
            <w:r>
              <w:rPr>
                <w:rFonts w:ascii="Arial" w:hAnsi="Arial" w:eastAsia="Arial" w:cs="Arial"/>
                <w:color w:val="AEB8C4"/>
              </w:rPr>
              <w:tab/>
            </w:r>
          </w:p>
          <w:p>
            <w:pPr>
              <w:tabs>
                <w:tab w:pos="4464" w:val="right" w:leader="underscore"/>
              </w:tabs>
              <w:spacing w:before="0" w:after="0" w:lineRule="exact" w:line="460"/>
            </w:pPr>
            <w:r>
              <w:rPr>
                <w:rFonts w:ascii="Arial" w:hAnsi="Arial" w:eastAsia="Arial" w:cs="Arial"/>
                <w:color w:val="AEB8C4"/>
              </w:rPr>
              <w:tab/>
            </w:r>
          </w:p>
          <w:p>
            <w:pPr>
              <w:tabs>
                <w:tab w:pos="4464" w:val="right" w:leader="underscore"/>
              </w:tabs>
              <w:spacing w:before="0" w:after="0" w:lineRule="exact" w:line="460"/>
            </w:pPr>
            <w:r>
              <w:rPr>
                <w:rFonts w:ascii="Arial" w:hAnsi="Arial" w:eastAsia="Arial" w:cs="Arial"/>
                <w:color w:val="AEB8C4"/>
              </w:rPr>
              <w:tab/>
            </w:r>
          </w:p>
          <w:p>
            <w:pPr>
              <w:tabs>
                <w:tab w:pos="4464" w:val="right" w:leader="underscore"/>
              </w:tabs>
              <w:spacing w:before="0" w:after="0" w:lineRule="exact" w:line="460"/>
            </w:pPr>
            <w:r>
              <w:rPr>
                <w:rFonts w:ascii="Arial" w:hAnsi="Arial" w:eastAsia="Arial" w:cs="Arial"/>
                <w:b/>
                <w:sz w:val="20"/>
              </w:rPr>
              <w:t xml:space="preserve">Call back by: </w:t>
            </w:r>
            <w:r>
              <w:rPr>
                <w:rFonts w:ascii="Arial" w:hAnsi="Arial" w:eastAsia="Arial" w:cs="Arial"/>
                <w:color w:val="6B7280"/>
                <w:sz w:val="16"/>
              </w:rPr>
              <w:t xml:space="preserve">[day and time] </w:t>
            </w:r>
            <w:r>
              <w:rPr>
                <w:rFonts w:ascii="Arial" w:hAnsi="Arial" w:eastAsia="Arial" w:cs="Arial"/>
                <w:color w:val="AEB8C4"/>
              </w:rPr>
              <w:tab/>
            </w:r>
          </w:p>
          <w:p>
            <w:pPr>
              <w:tabs>
                <w:tab w:pos="4464" w:val="right" w:leader="underscore"/>
              </w:tabs>
              <w:spacing w:before="0" w:after="0" w:lineRule="exact" w:line="460"/>
            </w:pPr>
            <w:r>
              <w:rPr>
                <w:rFonts w:ascii="Arial" w:hAnsi="Arial" w:eastAsia="Arial" w:cs="Arial"/>
                <w:b/>
                <w:sz w:val="20"/>
              </w:rPr>
              <w:t xml:space="preserve">Taken by: </w:t>
            </w:r>
            <w:r>
              <w:rPr>
                <w:rFonts w:ascii="Arial" w:hAnsi="Arial" w:eastAsia="Arial" w:cs="Arial"/>
                <w:color w:val="6B7280"/>
                <w:sz w:val="16"/>
              </w:rPr>
              <w:t xml:space="preserve">[your name] </w:t>
            </w:r>
            <w:r>
              <w:rPr>
                <w:rFonts w:ascii="Arial" w:hAnsi="Arial" w:eastAsia="Arial" w:cs="Arial"/>
                <w:color w:val="AEB8C4"/>
              </w:rPr>
              <w:tab/>
            </w:r>
          </w:p>
        </w:tc>
        <w:tc>
          <w:tcPr>
            <w:tcW w:type="dxa" w:w="5400"/>
          </w:tcPr>
          <w:p>
            <w:pPr>
              <w:spacing w:after="80" w:line="240" w:lineRule="auto"/>
            </w:pPr>
            <w:r>
              <w:rPr>
                <w:rFonts w:ascii="Arial" w:hAnsi="Arial" w:eastAsia="Arial" w:cs="Arial"/>
                <w:b/>
                <w:color w:val="1F2A44"/>
                <w:sz w:val="24"/>
              </w:rPr>
              <w:t>Phone call notes · support line</w:t>
            </w:r>
          </w:p>
          <w:p>
            <w:pPr>
              <w:tabs>
                <w:tab w:pos="4464" w:val="right" w:leader="underscore"/>
              </w:tabs>
              <w:spacing w:before="0" w:after="0" w:lineRule="exact" w:line="460"/>
            </w:pPr>
            <w:r>
              <w:rPr>
                <w:rFonts w:ascii="Arial" w:hAnsi="Arial" w:eastAsia="Arial" w:cs="Arial"/>
                <w:b/>
                <w:sz w:val="20"/>
              </w:rPr>
              <w:t xml:space="preserve">Date and time: </w:t>
            </w:r>
            <w:r>
              <w:rPr>
                <w:rFonts w:ascii="Arial" w:hAnsi="Arial" w:eastAsia="Arial" w:cs="Arial"/>
                <w:color w:val="6B7280"/>
                <w:sz w:val="16"/>
              </w:rPr>
              <w:t xml:space="preserve">[Month D, YYYY], [time] </w:t>
            </w:r>
            <w:r>
              <w:rPr>
                <w:rFonts w:ascii="Arial" w:hAnsi="Arial" w:eastAsia="Arial" w:cs="Arial"/>
                <w:color w:val="AEB8C4"/>
              </w:rPr>
              <w:tab/>
            </w:r>
          </w:p>
          <w:p>
            <w:pPr>
              <w:tabs>
                <w:tab w:pos="4464" w:val="right" w:leader="underscore"/>
              </w:tabs>
              <w:spacing w:before="0" w:after="0" w:lineRule="exact" w:line="460"/>
            </w:pPr>
            <w:r>
              <w:rPr>
                <w:rFonts w:ascii="Arial" w:hAnsi="Arial" w:eastAsia="Arial" w:cs="Arial"/>
                <w:b/>
                <w:sz w:val="20"/>
              </w:rPr>
              <w:t xml:space="preserve">Caller: </w:t>
            </w:r>
            <w:r>
              <w:rPr>
                <w:rFonts w:ascii="Arial" w:hAnsi="Arial" w:eastAsia="Arial" w:cs="Arial"/>
                <w:color w:val="6B7280"/>
                <w:sz w:val="16"/>
              </w:rPr>
              <w:t xml:space="preserve">[name, company] </w:t>
            </w:r>
            <w:r>
              <w:rPr>
                <w:rFonts w:ascii="Arial" w:hAnsi="Arial" w:eastAsia="Arial" w:cs="Arial"/>
                <w:color w:val="AEB8C4"/>
              </w:rPr>
              <w:tab/>
            </w:r>
          </w:p>
          <w:p>
            <w:pPr>
              <w:tabs>
                <w:tab w:pos="4464" w:val="right" w:leader="underscore"/>
              </w:tabs>
              <w:spacing w:before="0" w:after="0" w:lineRule="exact" w:line="460"/>
            </w:pPr>
            <w:r>
              <w:rPr>
                <w:rFonts w:ascii="Arial" w:hAnsi="Arial" w:eastAsia="Arial" w:cs="Arial"/>
                <w:b/>
                <w:sz w:val="20"/>
              </w:rPr>
              <w:t xml:space="preserve">Number: </w:t>
            </w:r>
            <w:r>
              <w:rPr>
                <w:rFonts w:ascii="Arial" w:hAnsi="Arial" w:eastAsia="Arial" w:cs="Arial"/>
                <w:color w:val="6B7280"/>
                <w:sz w:val="16"/>
              </w:rPr>
              <w:t xml:space="preserve">[phone number] </w:t>
            </w:r>
            <w:r>
              <w:rPr>
                <w:rFonts w:ascii="Arial" w:hAnsi="Arial" w:eastAsia="Arial" w:cs="Arial"/>
                <w:color w:val="AEB8C4"/>
              </w:rPr>
              <w:tab/>
            </w:r>
          </w:p>
          <w:p>
            <w:pPr>
              <w:tabs>
                <w:tab w:pos="4464" w:val="right" w:leader="underscore"/>
              </w:tabs>
              <w:spacing w:before="0" w:after="0" w:lineRule="exact" w:line="460"/>
            </w:pPr>
            <w:r>
              <w:rPr>
                <w:rFonts w:ascii="Arial" w:hAnsi="Arial" w:eastAsia="Arial" w:cs="Arial"/>
                <w:b/>
                <w:sz w:val="20"/>
              </w:rPr>
              <w:t xml:space="preserve">Ticket ID: </w:t>
            </w:r>
            <w:r>
              <w:rPr>
                <w:rFonts w:ascii="Arial" w:hAnsi="Arial" w:eastAsia="Arial" w:cs="Arial"/>
                <w:color w:val="AEB8C4"/>
              </w:rPr>
              <w:tab/>
            </w:r>
          </w:p>
          <w:p>
            <w:pPr>
              <w:tabs>
                <w:tab w:pos="4464" w:val="right" w:leader="underscore"/>
              </w:tabs>
              <w:spacing w:before="0" w:after="0" w:lineRule="exact" w:line="460"/>
            </w:pPr>
            <w:r>
              <w:rPr>
                <w:rFonts w:ascii="Arial" w:hAnsi="Arial" w:eastAsia="Arial" w:cs="Arial"/>
                <w:b/>
                <w:sz w:val="20"/>
              </w:rPr>
              <w:t xml:space="preserve">Reason for the call: </w:t>
            </w:r>
            <w:r>
              <w:rPr>
                <w:rFonts w:ascii="Arial" w:hAnsi="Arial" w:eastAsia="Arial" w:cs="Arial"/>
                <w:color w:val="6B7280"/>
                <w:sz w:val="16"/>
              </w:rPr>
              <w:t xml:space="preserve">[one line] </w:t>
            </w:r>
            <w:r>
              <w:rPr>
                <w:rFonts w:ascii="Arial" w:hAnsi="Arial" w:eastAsia="Arial" w:cs="Arial"/>
                <w:color w:val="AEB8C4"/>
              </w:rPr>
              <w:tab/>
            </w:r>
          </w:p>
          <w:p>
            <w:pPr>
              <w:tabs>
                <w:tab w:pos="4464" w:val="right" w:leader="underscore"/>
              </w:tabs>
              <w:spacing w:before="0" w:after="0" w:lineRule="exact" w:line="460"/>
            </w:pPr>
            <w:r>
              <w:rPr>
                <w:rFonts w:ascii="Arial" w:hAnsi="Arial" w:eastAsia="Arial" w:cs="Arial"/>
                <w:b/>
                <w:sz w:val="20"/>
              </w:rPr>
              <w:t xml:space="preserve">Message: </w:t>
            </w:r>
            <w:r>
              <w:rPr>
                <w:rFonts w:ascii="Arial" w:hAnsi="Arial" w:eastAsia="Arial" w:cs="Arial"/>
                <w:color w:val="6B7280"/>
                <w:sz w:val="16"/>
              </w:rPr>
              <w:t xml:space="preserve">[what they need] </w:t>
            </w:r>
            <w:r>
              <w:rPr>
                <w:rFonts w:ascii="Arial" w:hAnsi="Arial" w:eastAsia="Arial" w:cs="Arial"/>
                <w:color w:val="AEB8C4"/>
              </w:rPr>
              <w:tab/>
            </w:r>
          </w:p>
          <w:p>
            <w:pPr>
              <w:tabs>
                <w:tab w:pos="4464" w:val="right" w:leader="underscore"/>
              </w:tabs>
              <w:spacing w:before="0" w:after="0" w:lineRule="exact" w:line="460"/>
            </w:pPr>
            <w:r>
              <w:rPr>
                <w:rFonts w:ascii="Arial" w:hAnsi="Arial" w:eastAsia="Arial" w:cs="Arial"/>
                <w:color w:val="AEB8C4"/>
              </w:rPr>
              <w:tab/>
            </w:r>
          </w:p>
          <w:p>
            <w:pPr>
              <w:tabs>
                <w:tab w:pos="4464" w:val="right" w:leader="underscore"/>
              </w:tabs>
              <w:spacing w:before="0" w:after="0" w:lineRule="exact" w:line="460"/>
            </w:pPr>
            <w:r>
              <w:rPr>
                <w:rFonts w:ascii="Arial" w:hAnsi="Arial" w:eastAsia="Arial" w:cs="Arial"/>
                <w:color w:val="AEB8C4"/>
              </w:rPr>
              <w:tab/>
            </w:r>
          </w:p>
          <w:p>
            <w:pPr>
              <w:tabs>
                <w:tab w:pos="4464" w:val="right" w:leader="underscore"/>
              </w:tabs>
              <w:spacing w:before="0" w:after="0" w:lineRule="exact" w:line="460"/>
            </w:pPr>
            <w:r>
              <w:rPr>
                <w:rFonts w:ascii="Arial" w:hAnsi="Arial" w:eastAsia="Arial" w:cs="Arial"/>
                <w:b/>
                <w:sz w:val="20"/>
              </w:rPr>
              <w:t xml:space="preserve">Resolution: </w:t>
            </w:r>
            <w:r>
              <w:rPr>
                <w:rFonts w:ascii="Arial" w:hAnsi="Arial" w:eastAsia="Arial" w:cs="Arial"/>
                <w:color w:val="AEB8C4"/>
              </w:rPr>
              <w:tab/>
            </w:r>
          </w:p>
          <w:p>
            <w:pPr>
              <w:tabs>
                <w:tab w:pos="4464" w:val="right" w:leader="underscore"/>
              </w:tabs>
              <w:spacing w:before="0" w:after="0" w:lineRule="exact" w:line="460"/>
            </w:pPr>
            <w:r>
              <w:rPr>
                <w:rFonts w:ascii="Arial" w:hAnsi="Arial" w:eastAsia="Arial" w:cs="Arial"/>
                <w:color w:val="AEB8C4"/>
              </w:rPr>
              <w:tab/>
            </w:r>
          </w:p>
          <w:p>
            <w:pPr>
              <w:tabs>
                <w:tab w:pos="4464" w:val="right" w:leader="underscore"/>
              </w:tabs>
              <w:spacing w:before="0" w:after="0" w:lineRule="exact" w:line="460"/>
            </w:pPr>
            <w:r>
              <w:rPr>
                <w:rFonts w:ascii="Arial" w:hAnsi="Arial" w:eastAsia="Arial" w:cs="Arial"/>
                <w:color w:val="AEB8C4"/>
              </w:rPr>
              <w:tab/>
            </w:r>
          </w:p>
          <w:p>
            <w:pPr>
              <w:tabs>
                <w:tab w:pos="4464" w:val="right" w:leader="underscore"/>
              </w:tabs>
              <w:spacing w:before="0" w:after="0" w:lineRule="exact" w:line="460"/>
            </w:pPr>
            <w:r>
              <w:rPr>
                <w:rFonts w:ascii="Arial" w:hAnsi="Arial" w:eastAsia="Arial" w:cs="Arial"/>
                <w:b/>
                <w:sz w:val="20"/>
              </w:rPr>
              <w:t xml:space="preserve">Call back by: </w:t>
            </w:r>
            <w:r>
              <w:rPr>
                <w:rFonts w:ascii="Arial" w:hAnsi="Arial" w:eastAsia="Arial" w:cs="Arial"/>
                <w:color w:val="6B7280"/>
                <w:sz w:val="16"/>
              </w:rPr>
              <w:t xml:space="preserve">[day and time] </w:t>
            </w:r>
            <w:r>
              <w:rPr>
                <w:rFonts w:ascii="Arial" w:hAnsi="Arial" w:eastAsia="Arial" w:cs="Arial"/>
                <w:color w:val="AEB8C4"/>
              </w:rPr>
              <w:tab/>
            </w:r>
          </w:p>
          <w:p>
            <w:pPr>
              <w:tabs>
                <w:tab w:pos="4464" w:val="right" w:leader="underscore"/>
              </w:tabs>
              <w:spacing w:before="0" w:after="0" w:lineRule="exact" w:line="460"/>
            </w:pPr>
            <w:r>
              <w:rPr>
                <w:rFonts w:ascii="Arial" w:hAnsi="Arial" w:eastAsia="Arial" w:cs="Arial"/>
                <w:b/>
                <w:sz w:val="20"/>
              </w:rPr>
              <w:t xml:space="preserve">Taken by: </w:t>
            </w:r>
            <w:r>
              <w:rPr>
                <w:rFonts w:ascii="Arial" w:hAnsi="Arial" w:eastAsia="Arial" w:cs="Arial"/>
                <w:color w:val="6B7280"/>
                <w:sz w:val="16"/>
              </w:rPr>
              <w:t xml:space="preserve">[your name] </w:t>
            </w:r>
            <w:r>
              <w:rPr>
                <w:rFonts w:ascii="Arial" w:hAnsi="Arial" w:eastAsia="Arial" w:cs="Arial"/>
                <w:color w:val="AEB8C4"/>
              </w:rPr>
              <w:tab/>
            </w:r>
          </w:p>
        </w:tc>
      </w:tr>
    </w:tbl>
    <w:p>
      <w:pPr>
        <w:spacing w:before="0" w:after="0" w:lineRule="exact" w:line="20"/>
      </w:pPr>
    </w:p>
    <w:sectPr w:rsidR="00FC693F" w:rsidRPr="0006063C" w:rsidSect="00034616">
      <w:pgSz w:w="12240" w:h="15840"/>
      <w:pgMar w:top="864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80" w:line="276" w:lineRule="auto"/>
    </w:pPr>
    <w:rPr>
      <w:rFonts w:ascii="Arial" w:hAnsi="Arial" w:eastAsia="Arial" w:cs="Arial"/>
      <w:b w:val="0"/>
      <w:i w:val="0"/>
      <w:color w:val="1F2937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60"/>
      <w:outlineLvl w:val="0"/>
    </w:pPr>
    <w:rPr>
      <w:rFonts w:ascii="Arial" w:hAnsi="Arial" w:eastAsia="Arial" w:cs="Arial"/>
      <w:b/>
      <w:bCs/>
      <w:i w:val="0"/>
      <w:color w:val="1F2A4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80"/>
      <w:outlineLvl w:val="1"/>
    </w:pPr>
    <w:rPr>
      <w:rFonts w:ascii="Arial" w:hAnsi="Arial" w:eastAsia="Arial" w:cs="Arial"/>
      <w:b/>
      <w:bCs/>
      <w:i w:val="0"/>
      <w:color w:val="1F2A44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40"/>
      <w:contextualSpacing/>
    </w:pPr>
    <w:rPr>
      <w:rFonts w:ascii="Arial" w:hAnsi="Arial" w:eastAsia="Arial" w:cs="Arial"/>
      <w:b w:val="0"/>
      <w:i w:val="0"/>
      <w:color w:val="1F2937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Phone call notes template</dc:title>
  <dc:subject/>
  <dc:creator>Meetlens</dc:creator>
  <cp:keywords/>
  <dc:description/>
  <cp:lastModifiedBy>Meetlens</cp:lastModifiedBy>
  <cp:revision>1</cp:revision>
  <dcterms:created xsi:type="dcterms:W3CDTF">2026-10-15T09:00:00Z</dcterms:created>
  <dcterms:modified xsi:type="dcterms:W3CDTF">2026-10-15T09:00:00Z</dcterms:modified>
  <cp:category/>
</cp:coreProperties>
</file>